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5A328" w14:textId="77777777" w:rsidR="00E71D23" w:rsidRDefault="00000000">
      <w:pPr>
        <w:rPr>
          <w:lang w:eastAsia="zh-CN"/>
        </w:rPr>
      </w:pPr>
      <w:r>
        <w:rPr>
          <w:rFonts w:eastAsia="黑体"/>
          <w:sz w:val="24"/>
          <w:lang w:eastAsia="zh-CN"/>
        </w:rPr>
        <w:t>附件</w:t>
      </w:r>
      <w:r>
        <w:rPr>
          <w:rFonts w:eastAsia="黑体"/>
          <w:sz w:val="24"/>
          <w:lang w:eastAsia="zh-CN"/>
        </w:rPr>
        <w:t>1</w:t>
      </w:r>
    </w:p>
    <w:p w14:paraId="38F1112B" w14:textId="77777777" w:rsidR="00E71D23" w:rsidRPr="00933B1D" w:rsidRDefault="00000000">
      <w:pPr>
        <w:spacing w:before="80"/>
        <w:jc w:val="center"/>
        <w:rPr>
          <w:rFonts w:ascii="黑体" w:eastAsia="黑体" w:hAnsi="黑体"/>
          <w:lang w:eastAsia="zh-CN"/>
        </w:rPr>
      </w:pPr>
      <w:r w:rsidRPr="00933B1D">
        <w:rPr>
          <w:rFonts w:ascii="黑体" w:eastAsia="黑体" w:hAnsi="黑体"/>
          <w:sz w:val="30"/>
          <w:lang w:eastAsia="zh-CN"/>
        </w:rPr>
        <w:t>盐城师范学院文学院</w:t>
      </w:r>
    </w:p>
    <w:p w14:paraId="132C7E15" w14:textId="77777777" w:rsidR="00E71D23" w:rsidRPr="00933B1D" w:rsidRDefault="00000000">
      <w:pPr>
        <w:spacing w:after="160"/>
        <w:jc w:val="center"/>
        <w:rPr>
          <w:rFonts w:ascii="黑体" w:eastAsia="黑体" w:hAnsi="黑体"/>
          <w:lang w:eastAsia="zh-CN"/>
        </w:rPr>
      </w:pPr>
      <w:r w:rsidRPr="00933B1D">
        <w:rPr>
          <w:rFonts w:ascii="黑体" w:eastAsia="黑体" w:hAnsi="黑体"/>
          <w:sz w:val="30"/>
          <w:lang w:eastAsia="zh-CN"/>
        </w:rPr>
        <w:t>首届“鹤鸣”研究生学术创新论坛优秀论文申报表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828"/>
        <w:gridCol w:w="1560"/>
        <w:gridCol w:w="1275"/>
        <w:gridCol w:w="567"/>
        <w:gridCol w:w="851"/>
        <w:gridCol w:w="142"/>
        <w:gridCol w:w="141"/>
        <w:gridCol w:w="993"/>
        <w:gridCol w:w="283"/>
        <w:gridCol w:w="1572"/>
      </w:tblGrid>
      <w:tr w:rsidR="00E71D23" w:rsidRPr="00933B1D" w14:paraId="445D0230" w14:textId="77777777" w:rsidTr="00642FCA">
        <w:trPr>
          <w:trHeight w:val="567"/>
          <w:jc w:val="center"/>
        </w:trPr>
        <w:tc>
          <w:tcPr>
            <w:tcW w:w="1828" w:type="dxa"/>
            <w:vAlign w:val="center"/>
          </w:tcPr>
          <w:p w14:paraId="2CEDAED7" w14:textId="77777777" w:rsidR="00E71D23" w:rsidRPr="00642FCA" w:rsidRDefault="00000000">
            <w:pPr>
              <w:spacing w:before="30" w:after="3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642FCA">
              <w:rPr>
                <w:b/>
                <w:bCs/>
                <w:sz w:val="24"/>
                <w:szCs w:val="24"/>
              </w:rPr>
              <w:t>姓　　名</w:t>
            </w:r>
            <w:proofErr w:type="gramEnd"/>
          </w:p>
        </w:tc>
        <w:tc>
          <w:tcPr>
            <w:tcW w:w="1560" w:type="dxa"/>
            <w:vAlign w:val="center"/>
          </w:tcPr>
          <w:p w14:paraId="35594553" w14:textId="77777777" w:rsidR="00E71D23" w:rsidRPr="00933B1D" w:rsidRDefault="00E71D23">
            <w:pPr>
              <w:spacing w:before="30" w:after="30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CC5451D" w14:textId="77777777" w:rsidR="00E71D23" w:rsidRPr="00642FCA" w:rsidRDefault="00000000">
            <w:pPr>
              <w:spacing w:before="30" w:after="3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642FCA">
              <w:rPr>
                <w:b/>
                <w:bCs/>
                <w:sz w:val="24"/>
                <w:szCs w:val="24"/>
              </w:rPr>
              <w:t>学　　号</w:t>
            </w:r>
            <w:proofErr w:type="gramEnd"/>
          </w:p>
        </w:tc>
        <w:tc>
          <w:tcPr>
            <w:tcW w:w="1701" w:type="dxa"/>
            <w:gridSpan w:val="4"/>
            <w:vAlign w:val="center"/>
          </w:tcPr>
          <w:p w14:paraId="76F939B5" w14:textId="77777777" w:rsidR="00E71D23" w:rsidRPr="00933B1D" w:rsidRDefault="00E71D23">
            <w:pPr>
              <w:spacing w:before="30" w:after="30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227BC3B" w14:textId="77777777" w:rsidR="00E71D23" w:rsidRPr="00642FCA" w:rsidRDefault="00000000">
            <w:pPr>
              <w:spacing w:before="30" w:after="3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42FCA">
              <w:rPr>
                <w:b/>
                <w:bCs/>
                <w:sz w:val="24"/>
                <w:szCs w:val="24"/>
              </w:rPr>
              <w:t>入学年月</w:t>
            </w:r>
            <w:proofErr w:type="spellEnd"/>
          </w:p>
        </w:tc>
        <w:tc>
          <w:tcPr>
            <w:tcW w:w="1572" w:type="dxa"/>
            <w:vAlign w:val="center"/>
          </w:tcPr>
          <w:p w14:paraId="596CF76D" w14:textId="77777777" w:rsidR="00E71D23" w:rsidRPr="00933B1D" w:rsidRDefault="00E71D23">
            <w:pPr>
              <w:spacing w:before="30" w:after="30"/>
              <w:rPr>
                <w:sz w:val="24"/>
                <w:szCs w:val="24"/>
              </w:rPr>
            </w:pPr>
          </w:p>
        </w:tc>
      </w:tr>
      <w:tr w:rsidR="00933B1D" w:rsidRPr="00933B1D" w14:paraId="524C1808" w14:textId="77777777" w:rsidTr="00933B1D">
        <w:trPr>
          <w:trHeight w:val="567"/>
          <w:jc w:val="center"/>
        </w:trPr>
        <w:tc>
          <w:tcPr>
            <w:tcW w:w="1828" w:type="dxa"/>
            <w:vAlign w:val="center"/>
          </w:tcPr>
          <w:p w14:paraId="3F29D35D" w14:textId="77777777" w:rsidR="00933B1D" w:rsidRPr="00642FCA" w:rsidRDefault="00933B1D">
            <w:pPr>
              <w:spacing w:before="30" w:after="3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642FCA">
              <w:rPr>
                <w:b/>
                <w:bCs/>
                <w:sz w:val="24"/>
                <w:szCs w:val="24"/>
              </w:rPr>
              <w:t>专　　业</w:t>
            </w:r>
            <w:proofErr w:type="gramEnd"/>
          </w:p>
        </w:tc>
        <w:tc>
          <w:tcPr>
            <w:tcW w:w="7384" w:type="dxa"/>
            <w:gridSpan w:val="9"/>
            <w:vAlign w:val="center"/>
          </w:tcPr>
          <w:p w14:paraId="0DAD741C" w14:textId="67D6F714" w:rsidR="00933B1D" w:rsidRPr="00933B1D" w:rsidRDefault="00933B1D">
            <w:pPr>
              <w:spacing w:before="30" w:after="30"/>
              <w:rPr>
                <w:sz w:val="24"/>
                <w:szCs w:val="24"/>
                <w:lang w:eastAsia="zh-CN"/>
              </w:rPr>
            </w:pPr>
          </w:p>
        </w:tc>
      </w:tr>
      <w:tr w:rsidR="00E71D23" w:rsidRPr="00933B1D" w14:paraId="45EEA300" w14:textId="77777777" w:rsidTr="00642FCA">
        <w:trPr>
          <w:trHeight w:val="567"/>
          <w:jc w:val="center"/>
        </w:trPr>
        <w:tc>
          <w:tcPr>
            <w:tcW w:w="1828" w:type="dxa"/>
            <w:vAlign w:val="center"/>
          </w:tcPr>
          <w:p w14:paraId="4C42DE25" w14:textId="77777777" w:rsidR="00E71D23" w:rsidRPr="00642FCA" w:rsidRDefault="00000000">
            <w:pPr>
              <w:spacing w:before="30" w:after="3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42FCA">
              <w:rPr>
                <w:b/>
                <w:bCs/>
                <w:sz w:val="24"/>
                <w:szCs w:val="24"/>
              </w:rPr>
              <w:t>指导教师</w:t>
            </w:r>
            <w:proofErr w:type="spellEnd"/>
          </w:p>
        </w:tc>
        <w:tc>
          <w:tcPr>
            <w:tcW w:w="1560" w:type="dxa"/>
            <w:vAlign w:val="center"/>
          </w:tcPr>
          <w:p w14:paraId="3C511938" w14:textId="77777777" w:rsidR="00E71D23" w:rsidRPr="00933B1D" w:rsidRDefault="00E71D23">
            <w:pPr>
              <w:spacing w:before="30" w:after="30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E4142C7" w14:textId="77777777" w:rsidR="00E71D23" w:rsidRPr="00642FCA" w:rsidRDefault="00000000">
            <w:pPr>
              <w:spacing w:before="30" w:after="30"/>
              <w:jc w:val="center"/>
              <w:rPr>
                <w:b/>
                <w:bCs/>
                <w:sz w:val="24"/>
                <w:szCs w:val="24"/>
              </w:rPr>
            </w:pPr>
            <w:r w:rsidRPr="00642FCA">
              <w:rPr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1701" w:type="dxa"/>
            <w:gridSpan w:val="4"/>
            <w:vAlign w:val="center"/>
          </w:tcPr>
          <w:p w14:paraId="78AB8011" w14:textId="77777777" w:rsidR="00E71D23" w:rsidRPr="00933B1D" w:rsidRDefault="00E71D23">
            <w:pPr>
              <w:spacing w:before="30" w:after="30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65CF9B8" w14:textId="77777777" w:rsidR="00E71D23" w:rsidRPr="00642FCA" w:rsidRDefault="00000000">
            <w:pPr>
              <w:spacing w:before="30" w:after="30"/>
              <w:jc w:val="center"/>
              <w:rPr>
                <w:b/>
                <w:bCs/>
                <w:sz w:val="24"/>
                <w:szCs w:val="24"/>
              </w:rPr>
            </w:pPr>
            <w:r w:rsidRPr="00642FCA">
              <w:rPr>
                <w:b/>
                <w:bCs/>
                <w:sz w:val="24"/>
                <w:szCs w:val="24"/>
              </w:rPr>
              <w:t>电子邮箱</w:t>
            </w:r>
          </w:p>
        </w:tc>
        <w:tc>
          <w:tcPr>
            <w:tcW w:w="1572" w:type="dxa"/>
            <w:vAlign w:val="center"/>
          </w:tcPr>
          <w:p w14:paraId="17E4F744" w14:textId="77777777" w:rsidR="00E71D23" w:rsidRPr="00933B1D" w:rsidRDefault="00E71D23">
            <w:pPr>
              <w:spacing w:before="30" w:after="30"/>
              <w:rPr>
                <w:sz w:val="24"/>
                <w:szCs w:val="24"/>
              </w:rPr>
            </w:pPr>
          </w:p>
        </w:tc>
      </w:tr>
      <w:tr w:rsidR="00E71D23" w:rsidRPr="00933B1D" w14:paraId="235041D7" w14:textId="77777777" w:rsidTr="00933B1D">
        <w:trPr>
          <w:trHeight w:val="567"/>
          <w:jc w:val="center"/>
        </w:trPr>
        <w:tc>
          <w:tcPr>
            <w:tcW w:w="1828" w:type="dxa"/>
            <w:vAlign w:val="center"/>
          </w:tcPr>
          <w:p w14:paraId="6EF012C9" w14:textId="5B1B7AAC" w:rsidR="00E71D23" w:rsidRPr="00642FCA" w:rsidRDefault="00000000">
            <w:pPr>
              <w:spacing w:before="30" w:after="3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42FCA">
              <w:rPr>
                <w:b/>
                <w:bCs/>
                <w:sz w:val="24"/>
                <w:szCs w:val="24"/>
              </w:rPr>
              <w:t>研究方向</w:t>
            </w:r>
            <w:proofErr w:type="spellEnd"/>
          </w:p>
        </w:tc>
        <w:tc>
          <w:tcPr>
            <w:tcW w:w="7384" w:type="dxa"/>
            <w:gridSpan w:val="9"/>
            <w:vAlign w:val="center"/>
          </w:tcPr>
          <w:p w14:paraId="0B0D966B" w14:textId="77777777" w:rsidR="00E71D23" w:rsidRPr="00933B1D" w:rsidRDefault="00E71D23">
            <w:pPr>
              <w:spacing w:before="30" w:after="30"/>
              <w:rPr>
                <w:sz w:val="24"/>
                <w:szCs w:val="24"/>
              </w:rPr>
            </w:pPr>
          </w:p>
        </w:tc>
      </w:tr>
      <w:tr w:rsidR="00E71D23" w:rsidRPr="00933B1D" w14:paraId="417E3B9E" w14:textId="77777777" w:rsidTr="00933B1D">
        <w:trPr>
          <w:trHeight w:val="567"/>
          <w:jc w:val="center"/>
        </w:trPr>
        <w:tc>
          <w:tcPr>
            <w:tcW w:w="1828" w:type="dxa"/>
            <w:vAlign w:val="center"/>
          </w:tcPr>
          <w:p w14:paraId="58FAAD12" w14:textId="77777777" w:rsidR="00E71D23" w:rsidRPr="00642FCA" w:rsidRDefault="00000000">
            <w:pPr>
              <w:spacing w:before="30" w:after="30"/>
              <w:jc w:val="center"/>
              <w:rPr>
                <w:b/>
                <w:bCs/>
                <w:sz w:val="24"/>
                <w:szCs w:val="24"/>
              </w:rPr>
            </w:pPr>
            <w:r w:rsidRPr="00642FCA">
              <w:rPr>
                <w:b/>
                <w:bCs/>
                <w:sz w:val="24"/>
                <w:szCs w:val="24"/>
              </w:rPr>
              <w:t>论文题目</w:t>
            </w:r>
          </w:p>
        </w:tc>
        <w:tc>
          <w:tcPr>
            <w:tcW w:w="7384" w:type="dxa"/>
            <w:gridSpan w:val="9"/>
            <w:vAlign w:val="center"/>
          </w:tcPr>
          <w:p w14:paraId="23CE6ED2" w14:textId="77777777" w:rsidR="00E71D23" w:rsidRPr="00933B1D" w:rsidRDefault="00E71D23">
            <w:pPr>
              <w:spacing w:before="30" w:after="30"/>
              <w:rPr>
                <w:sz w:val="24"/>
                <w:szCs w:val="24"/>
              </w:rPr>
            </w:pPr>
          </w:p>
        </w:tc>
      </w:tr>
      <w:tr w:rsidR="00E71D23" w:rsidRPr="00933B1D" w14:paraId="68F5692E" w14:textId="77777777" w:rsidTr="00933B1D">
        <w:trPr>
          <w:trHeight w:val="567"/>
          <w:jc w:val="center"/>
        </w:trPr>
        <w:tc>
          <w:tcPr>
            <w:tcW w:w="1828" w:type="dxa"/>
            <w:vAlign w:val="center"/>
          </w:tcPr>
          <w:p w14:paraId="22C1E142" w14:textId="77777777" w:rsidR="00E71D23" w:rsidRPr="00642FCA" w:rsidRDefault="00000000">
            <w:pPr>
              <w:spacing w:before="30" w:after="3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42FCA">
              <w:rPr>
                <w:b/>
                <w:bCs/>
                <w:sz w:val="24"/>
                <w:szCs w:val="24"/>
              </w:rPr>
              <w:t>涉及学科</w:t>
            </w:r>
            <w:proofErr w:type="spellEnd"/>
          </w:p>
        </w:tc>
        <w:tc>
          <w:tcPr>
            <w:tcW w:w="3402" w:type="dxa"/>
            <w:gridSpan w:val="3"/>
            <w:vAlign w:val="center"/>
          </w:tcPr>
          <w:p w14:paraId="02EB780C" w14:textId="77777777" w:rsidR="00E71D23" w:rsidRPr="00933B1D" w:rsidRDefault="00E71D23">
            <w:pPr>
              <w:spacing w:before="30" w:after="30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1E691A63" w14:textId="77777777" w:rsidR="00E71D23" w:rsidRPr="00642FCA" w:rsidRDefault="00000000">
            <w:pPr>
              <w:spacing w:before="30" w:after="30"/>
              <w:jc w:val="center"/>
              <w:rPr>
                <w:b/>
                <w:bCs/>
                <w:sz w:val="24"/>
                <w:szCs w:val="24"/>
              </w:rPr>
            </w:pPr>
            <w:r w:rsidRPr="00642FCA">
              <w:rPr>
                <w:b/>
                <w:bCs/>
                <w:sz w:val="24"/>
                <w:szCs w:val="24"/>
              </w:rPr>
              <w:t>关键词</w:t>
            </w:r>
          </w:p>
        </w:tc>
        <w:tc>
          <w:tcPr>
            <w:tcW w:w="2989" w:type="dxa"/>
            <w:gridSpan w:val="4"/>
            <w:vAlign w:val="center"/>
          </w:tcPr>
          <w:p w14:paraId="4125FA05" w14:textId="77777777" w:rsidR="00E71D23" w:rsidRPr="00933B1D" w:rsidRDefault="00E71D23">
            <w:pPr>
              <w:spacing w:before="30" w:after="30"/>
              <w:rPr>
                <w:sz w:val="24"/>
                <w:szCs w:val="24"/>
              </w:rPr>
            </w:pPr>
          </w:p>
        </w:tc>
      </w:tr>
      <w:tr w:rsidR="00E71D23" w:rsidRPr="00933B1D" w14:paraId="4DB53F31" w14:textId="77777777" w:rsidTr="00933B1D">
        <w:trPr>
          <w:trHeight w:val="567"/>
          <w:jc w:val="center"/>
        </w:trPr>
        <w:tc>
          <w:tcPr>
            <w:tcW w:w="1828" w:type="dxa"/>
            <w:vAlign w:val="center"/>
          </w:tcPr>
          <w:p w14:paraId="29D101F9" w14:textId="77777777" w:rsidR="00E71D23" w:rsidRPr="00642FCA" w:rsidRDefault="00000000">
            <w:pPr>
              <w:spacing w:before="30" w:after="3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42FCA">
              <w:rPr>
                <w:b/>
                <w:bCs/>
                <w:sz w:val="24"/>
                <w:szCs w:val="24"/>
              </w:rPr>
              <w:t>论文类别</w:t>
            </w:r>
            <w:proofErr w:type="spellEnd"/>
          </w:p>
        </w:tc>
        <w:tc>
          <w:tcPr>
            <w:tcW w:w="7384" w:type="dxa"/>
            <w:gridSpan w:val="9"/>
            <w:vAlign w:val="center"/>
          </w:tcPr>
          <w:p w14:paraId="52457563" w14:textId="24B11409" w:rsidR="00E71D23" w:rsidRPr="00933B1D" w:rsidRDefault="00933B1D">
            <w:pPr>
              <w:spacing w:before="30" w:after="30"/>
              <w:rPr>
                <w:sz w:val="24"/>
                <w:szCs w:val="24"/>
                <w:lang w:eastAsia="zh-CN"/>
              </w:rPr>
            </w:pPr>
            <w:r w:rsidRPr="00933B1D">
              <w:rPr>
                <w:rFonts w:hint="eastAsia"/>
                <w:sz w:val="24"/>
                <w:szCs w:val="24"/>
                <w:lang w:eastAsia="zh-CN"/>
              </w:rPr>
              <w:t>□</w:t>
            </w:r>
            <w:r w:rsidR="00000000" w:rsidRPr="00933B1D">
              <w:rPr>
                <w:sz w:val="24"/>
                <w:szCs w:val="24"/>
                <w:lang w:eastAsia="zh-CN"/>
              </w:rPr>
              <w:t xml:space="preserve">学术论文　</w:t>
            </w:r>
            <w:r w:rsidRPr="00933B1D">
              <w:rPr>
                <w:rFonts w:hint="eastAsia"/>
                <w:sz w:val="24"/>
                <w:szCs w:val="24"/>
                <w:lang w:eastAsia="zh-CN"/>
              </w:rPr>
              <w:t>□</w:t>
            </w:r>
            <w:r w:rsidR="00000000" w:rsidRPr="00933B1D">
              <w:rPr>
                <w:sz w:val="24"/>
                <w:szCs w:val="24"/>
                <w:lang w:eastAsia="zh-CN"/>
              </w:rPr>
              <w:t xml:space="preserve">调研报告　</w:t>
            </w:r>
            <w:r w:rsidRPr="00933B1D">
              <w:rPr>
                <w:rFonts w:hint="eastAsia"/>
                <w:sz w:val="24"/>
                <w:szCs w:val="24"/>
                <w:lang w:eastAsia="zh-CN"/>
              </w:rPr>
              <w:t>□</w:t>
            </w:r>
            <w:r w:rsidR="00000000" w:rsidRPr="00933B1D">
              <w:rPr>
                <w:sz w:val="24"/>
                <w:szCs w:val="24"/>
                <w:lang w:eastAsia="zh-CN"/>
              </w:rPr>
              <w:t xml:space="preserve">案例研究　</w:t>
            </w:r>
            <w:r w:rsidRPr="00933B1D">
              <w:rPr>
                <w:rFonts w:hint="eastAsia"/>
                <w:sz w:val="24"/>
                <w:szCs w:val="24"/>
                <w:lang w:eastAsia="zh-CN"/>
              </w:rPr>
              <w:t>□</w:t>
            </w:r>
            <w:r w:rsidR="00000000" w:rsidRPr="00933B1D">
              <w:rPr>
                <w:sz w:val="24"/>
                <w:szCs w:val="24"/>
                <w:lang w:eastAsia="zh-CN"/>
              </w:rPr>
              <w:t>综述</w:t>
            </w:r>
          </w:p>
        </w:tc>
      </w:tr>
      <w:tr w:rsidR="00E71D23" w:rsidRPr="00933B1D" w14:paraId="43DE468E" w14:textId="77777777" w:rsidTr="00933B1D">
        <w:trPr>
          <w:trHeight w:val="567"/>
          <w:jc w:val="center"/>
        </w:trPr>
        <w:tc>
          <w:tcPr>
            <w:tcW w:w="1828" w:type="dxa"/>
            <w:vAlign w:val="center"/>
          </w:tcPr>
          <w:p w14:paraId="3D4607AD" w14:textId="77777777" w:rsidR="00E71D23" w:rsidRPr="00642FCA" w:rsidRDefault="00000000">
            <w:pPr>
              <w:spacing w:before="30" w:after="3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42FCA">
              <w:rPr>
                <w:b/>
                <w:bCs/>
                <w:sz w:val="24"/>
                <w:szCs w:val="24"/>
              </w:rPr>
              <w:t>发表情况</w:t>
            </w:r>
            <w:proofErr w:type="spellEnd"/>
          </w:p>
        </w:tc>
        <w:tc>
          <w:tcPr>
            <w:tcW w:w="7384" w:type="dxa"/>
            <w:gridSpan w:val="9"/>
            <w:vAlign w:val="center"/>
          </w:tcPr>
          <w:p w14:paraId="42A15FA0" w14:textId="54F8E0E7" w:rsidR="00E71D23" w:rsidRPr="00933B1D" w:rsidRDefault="00933B1D">
            <w:pPr>
              <w:spacing w:before="30" w:after="30"/>
              <w:rPr>
                <w:sz w:val="24"/>
                <w:szCs w:val="24"/>
                <w:lang w:eastAsia="zh-CN"/>
              </w:rPr>
            </w:pPr>
            <w:r w:rsidRPr="00933B1D">
              <w:rPr>
                <w:rFonts w:hint="eastAsia"/>
                <w:sz w:val="24"/>
                <w:szCs w:val="24"/>
                <w:lang w:eastAsia="zh-CN"/>
              </w:rPr>
              <w:t>□</w:t>
            </w:r>
            <w:r w:rsidR="00000000" w:rsidRPr="00933B1D">
              <w:rPr>
                <w:sz w:val="24"/>
                <w:szCs w:val="24"/>
                <w:lang w:eastAsia="zh-CN"/>
              </w:rPr>
              <w:t xml:space="preserve">已公开发表　</w:t>
            </w:r>
            <w:r w:rsidRPr="00933B1D">
              <w:rPr>
                <w:rFonts w:hint="eastAsia"/>
                <w:sz w:val="24"/>
                <w:szCs w:val="24"/>
                <w:lang w:eastAsia="zh-CN"/>
              </w:rPr>
              <w:t>□</w:t>
            </w:r>
            <w:r w:rsidR="00000000" w:rsidRPr="00933B1D">
              <w:rPr>
                <w:sz w:val="24"/>
                <w:szCs w:val="24"/>
                <w:lang w:eastAsia="zh-CN"/>
              </w:rPr>
              <w:t xml:space="preserve">已收到用稿通知　</w:t>
            </w:r>
            <w:r w:rsidRPr="00933B1D">
              <w:rPr>
                <w:rFonts w:hint="eastAsia"/>
                <w:sz w:val="24"/>
                <w:szCs w:val="24"/>
                <w:lang w:eastAsia="zh-CN"/>
              </w:rPr>
              <w:t>□</w:t>
            </w:r>
            <w:r w:rsidR="00000000" w:rsidRPr="00933B1D">
              <w:rPr>
                <w:sz w:val="24"/>
                <w:szCs w:val="24"/>
                <w:lang w:eastAsia="zh-CN"/>
              </w:rPr>
              <w:t>尚未公开发表</w:t>
            </w:r>
          </w:p>
        </w:tc>
      </w:tr>
      <w:tr w:rsidR="00E71D23" w:rsidRPr="00933B1D" w14:paraId="5D769F29" w14:textId="77777777" w:rsidTr="00933B1D">
        <w:trPr>
          <w:trHeight w:val="567"/>
          <w:jc w:val="center"/>
        </w:trPr>
        <w:tc>
          <w:tcPr>
            <w:tcW w:w="1828" w:type="dxa"/>
            <w:vAlign w:val="center"/>
          </w:tcPr>
          <w:p w14:paraId="41458FBA" w14:textId="77777777" w:rsidR="00E71D23" w:rsidRPr="00642FCA" w:rsidRDefault="00000000">
            <w:pPr>
              <w:spacing w:before="30" w:after="3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42FCA">
              <w:rPr>
                <w:b/>
                <w:bCs/>
                <w:sz w:val="24"/>
                <w:szCs w:val="24"/>
              </w:rPr>
              <w:t>刊物名称</w:t>
            </w:r>
            <w:proofErr w:type="spellEnd"/>
          </w:p>
        </w:tc>
        <w:tc>
          <w:tcPr>
            <w:tcW w:w="4253" w:type="dxa"/>
            <w:gridSpan w:val="4"/>
            <w:vAlign w:val="center"/>
          </w:tcPr>
          <w:p w14:paraId="24A799C1" w14:textId="77777777" w:rsidR="00E71D23" w:rsidRPr="00933B1D" w:rsidRDefault="00E71D23">
            <w:pPr>
              <w:spacing w:before="30" w:after="30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CC24A05" w14:textId="77777777" w:rsidR="00E71D23" w:rsidRPr="00642FCA" w:rsidRDefault="00000000">
            <w:pPr>
              <w:spacing w:before="30" w:after="30"/>
              <w:jc w:val="center"/>
              <w:rPr>
                <w:b/>
                <w:bCs/>
                <w:sz w:val="24"/>
                <w:szCs w:val="24"/>
              </w:rPr>
            </w:pPr>
            <w:r w:rsidRPr="00642FCA">
              <w:rPr>
                <w:b/>
                <w:bCs/>
                <w:sz w:val="24"/>
                <w:szCs w:val="24"/>
              </w:rPr>
              <w:t>发表时间</w:t>
            </w:r>
          </w:p>
        </w:tc>
        <w:tc>
          <w:tcPr>
            <w:tcW w:w="1855" w:type="dxa"/>
            <w:gridSpan w:val="2"/>
            <w:vAlign w:val="center"/>
          </w:tcPr>
          <w:p w14:paraId="549E718A" w14:textId="260C5F5B" w:rsidR="00E71D23" w:rsidRPr="00933B1D" w:rsidRDefault="00000000" w:rsidP="00933B1D">
            <w:pPr>
              <w:spacing w:before="30" w:after="30"/>
              <w:jc w:val="right"/>
              <w:rPr>
                <w:sz w:val="24"/>
                <w:szCs w:val="24"/>
              </w:rPr>
            </w:pPr>
            <w:r w:rsidRPr="00933B1D">
              <w:rPr>
                <w:sz w:val="24"/>
                <w:szCs w:val="24"/>
              </w:rPr>
              <w:t xml:space="preserve">　　</w:t>
            </w:r>
            <w:proofErr w:type="gramStart"/>
            <w:r w:rsidRPr="00933B1D">
              <w:rPr>
                <w:sz w:val="24"/>
                <w:szCs w:val="24"/>
              </w:rPr>
              <w:t>年　　月</w:t>
            </w:r>
            <w:proofErr w:type="gramEnd"/>
          </w:p>
        </w:tc>
      </w:tr>
      <w:tr w:rsidR="00E71D23" w:rsidRPr="00933B1D" w14:paraId="6A1C46CC" w14:textId="77777777" w:rsidTr="00933B1D">
        <w:trPr>
          <w:trHeight w:val="567"/>
          <w:jc w:val="center"/>
        </w:trPr>
        <w:tc>
          <w:tcPr>
            <w:tcW w:w="1828" w:type="dxa"/>
            <w:vAlign w:val="center"/>
          </w:tcPr>
          <w:p w14:paraId="2AC4D48B" w14:textId="77777777" w:rsidR="00E71D23" w:rsidRPr="00642FCA" w:rsidRDefault="00000000">
            <w:pPr>
              <w:spacing w:before="30" w:after="30"/>
              <w:jc w:val="center"/>
              <w:rPr>
                <w:b/>
                <w:bCs/>
                <w:sz w:val="24"/>
                <w:szCs w:val="24"/>
              </w:rPr>
            </w:pPr>
            <w:r w:rsidRPr="00642FCA">
              <w:rPr>
                <w:b/>
                <w:bCs/>
                <w:sz w:val="24"/>
                <w:szCs w:val="24"/>
              </w:rPr>
              <w:t>刊物等级</w:t>
            </w:r>
          </w:p>
        </w:tc>
        <w:tc>
          <w:tcPr>
            <w:tcW w:w="4253" w:type="dxa"/>
            <w:gridSpan w:val="4"/>
            <w:vAlign w:val="center"/>
          </w:tcPr>
          <w:p w14:paraId="5C1A9A82" w14:textId="76440FDB" w:rsidR="00E71D23" w:rsidRPr="00933B1D" w:rsidRDefault="00933B1D">
            <w:pPr>
              <w:spacing w:before="30" w:after="30"/>
              <w:rPr>
                <w:sz w:val="24"/>
                <w:szCs w:val="24"/>
              </w:rPr>
            </w:pPr>
            <w:r w:rsidRPr="00933B1D">
              <w:rPr>
                <w:rFonts w:hint="eastAsia"/>
                <w:sz w:val="24"/>
                <w:szCs w:val="24"/>
                <w:lang w:eastAsia="zh-CN"/>
              </w:rPr>
              <w:t>□</w:t>
            </w:r>
            <w:r w:rsidR="00000000" w:rsidRPr="00933B1D">
              <w:rPr>
                <w:sz w:val="24"/>
                <w:szCs w:val="24"/>
              </w:rPr>
              <w:t>CSSCI</w:t>
            </w:r>
            <w:r w:rsidR="00000000" w:rsidRPr="00933B1D">
              <w:rPr>
                <w:sz w:val="24"/>
                <w:szCs w:val="24"/>
              </w:rPr>
              <w:t xml:space="preserve">　</w:t>
            </w:r>
            <w:r w:rsidRPr="00933B1D">
              <w:rPr>
                <w:rFonts w:hint="eastAsia"/>
                <w:sz w:val="24"/>
                <w:szCs w:val="24"/>
                <w:lang w:eastAsia="zh-CN"/>
              </w:rPr>
              <w:t>□</w:t>
            </w:r>
            <w:proofErr w:type="spellStart"/>
            <w:r w:rsidR="00000000" w:rsidRPr="00933B1D">
              <w:rPr>
                <w:sz w:val="24"/>
                <w:szCs w:val="24"/>
              </w:rPr>
              <w:t>北大核心</w:t>
            </w:r>
            <w:proofErr w:type="spellEnd"/>
            <w:r w:rsidR="00000000" w:rsidRPr="00933B1D">
              <w:rPr>
                <w:sz w:val="24"/>
                <w:szCs w:val="24"/>
              </w:rPr>
              <w:t xml:space="preserve">　</w:t>
            </w:r>
            <w:r w:rsidRPr="00933B1D">
              <w:rPr>
                <w:rFonts w:hint="eastAsia"/>
                <w:sz w:val="24"/>
                <w:szCs w:val="24"/>
                <w:lang w:eastAsia="zh-CN"/>
              </w:rPr>
              <w:t>□</w:t>
            </w:r>
            <w:proofErr w:type="spellStart"/>
            <w:r w:rsidR="00000000" w:rsidRPr="00933B1D">
              <w:rPr>
                <w:sz w:val="24"/>
                <w:szCs w:val="24"/>
              </w:rPr>
              <w:t>CSSCI</w:t>
            </w:r>
            <w:r w:rsidR="00000000" w:rsidRPr="00933B1D">
              <w:rPr>
                <w:sz w:val="24"/>
                <w:szCs w:val="24"/>
              </w:rPr>
              <w:t>扩展</w:t>
            </w:r>
            <w:proofErr w:type="spellEnd"/>
            <w:r w:rsidR="00000000" w:rsidRPr="00933B1D">
              <w:rPr>
                <w:sz w:val="24"/>
                <w:szCs w:val="24"/>
              </w:rPr>
              <w:t xml:space="preserve">　</w:t>
            </w:r>
            <w:r w:rsidRPr="00933B1D">
              <w:rPr>
                <w:rFonts w:hint="eastAsia"/>
                <w:sz w:val="24"/>
                <w:szCs w:val="24"/>
                <w:lang w:eastAsia="zh-CN"/>
              </w:rPr>
              <w:t>□</w:t>
            </w:r>
            <w:proofErr w:type="spellStart"/>
            <w:r w:rsidR="00000000" w:rsidRPr="00933B1D">
              <w:rPr>
                <w:sz w:val="24"/>
                <w:szCs w:val="24"/>
              </w:rPr>
              <w:t>省级</w:t>
            </w:r>
            <w:proofErr w:type="spellEnd"/>
            <w:r w:rsidR="00000000" w:rsidRPr="00933B1D">
              <w:rPr>
                <w:sz w:val="24"/>
                <w:szCs w:val="24"/>
              </w:rPr>
              <w:t xml:space="preserve">　</w:t>
            </w:r>
            <w:r w:rsidRPr="00933B1D">
              <w:rPr>
                <w:rFonts w:hint="eastAsia"/>
                <w:sz w:val="24"/>
                <w:szCs w:val="24"/>
                <w:lang w:eastAsia="zh-CN"/>
              </w:rPr>
              <w:t>□</w:t>
            </w:r>
            <w:proofErr w:type="spellStart"/>
            <w:r w:rsidR="00000000" w:rsidRPr="00933B1D">
              <w:rPr>
                <w:sz w:val="24"/>
                <w:szCs w:val="24"/>
              </w:rPr>
              <w:t>其他</w:t>
            </w:r>
            <w:proofErr w:type="spellEnd"/>
          </w:p>
        </w:tc>
        <w:tc>
          <w:tcPr>
            <w:tcW w:w="1276" w:type="dxa"/>
            <w:gridSpan w:val="3"/>
            <w:vAlign w:val="center"/>
          </w:tcPr>
          <w:p w14:paraId="03A6480B" w14:textId="77777777" w:rsidR="00E71D23" w:rsidRPr="00642FCA" w:rsidRDefault="00000000">
            <w:pPr>
              <w:spacing w:before="30" w:after="30"/>
              <w:jc w:val="center"/>
              <w:rPr>
                <w:b/>
                <w:bCs/>
                <w:sz w:val="24"/>
                <w:szCs w:val="24"/>
              </w:rPr>
            </w:pPr>
            <w:r w:rsidRPr="00642FCA">
              <w:rPr>
                <w:b/>
                <w:bCs/>
                <w:sz w:val="24"/>
                <w:szCs w:val="24"/>
              </w:rPr>
              <w:t>论文字数</w:t>
            </w:r>
          </w:p>
        </w:tc>
        <w:tc>
          <w:tcPr>
            <w:tcW w:w="1855" w:type="dxa"/>
            <w:gridSpan w:val="2"/>
            <w:vAlign w:val="center"/>
          </w:tcPr>
          <w:p w14:paraId="1D26872B" w14:textId="77777777" w:rsidR="00E71D23" w:rsidRPr="00933B1D" w:rsidRDefault="00000000" w:rsidP="00933B1D">
            <w:pPr>
              <w:spacing w:before="30" w:after="30"/>
              <w:jc w:val="right"/>
              <w:rPr>
                <w:sz w:val="24"/>
                <w:szCs w:val="24"/>
              </w:rPr>
            </w:pPr>
            <w:r w:rsidRPr="00933B1D">
              <w:rPr>
                <w:sz w:val="24"/>
                <w:szCs w:val="24"/>
              </w:rPr>
              <w:t xml:space="preserve">　　　千字</w:t>
            </w:r>
          </w:p>
        </w:tc>
      </w:tr>
      <w:tr w:rsidR="00E71D23" w:rsidRPr="00933B1D" w14:paraId="07CE08CE" w14:textId="77777777" w:rsidTr="00933B1D">
        <w:trPr>
          <w:trHeight w:val="567"/>
          <w:jc w:val="center"/>
        </w:trPr>
        <w:tc>
          <w:tcPr>
            <w:tcW w:w="1828" w:type="dxa"/>
            <w:vAlign w:val="center"/>
          </w:tcPr>
          <w:p w14:paraId="59D4F991" w14:textId="77777777" w:rsidR="00E71D23" w:rsidRPr="00642FCA" w:rsidRDefault="00000000">
            <w:pPr>
              <w:spacing w:before="30" w:after="3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642FCA">
              <w:rPr>
                <w:b/>
                <w:bCs/>
                <w:sz w:val="24"/>
                <w:szCs w:val="24"/>
              </w:rPr>
              <w:t>检测情况</w:t>
            </w:r>
            <w:proofErr w:type="spellEnd"/>
          </w:p>
        </w:tc>
        <w:tc>
          <w:tcPr>
            <w:tcW w:w="7384" w:type="dxa"/>
            <w:gridSpan w:val="9"/>
            <w:vAlign w:val="center"/>
          </w:tcPr>
          <w:p w14:paraId="5A771A5F" w14:textId="77777777" w:rsidR="00E71D23" w:rsidRPr="00933B1D" w:rsidRDefault="00000000">
            <w:pPr>
              <w:spacing w:before="30" w:after="30"/>
              <w:rPr>
                <w:sz w:val="24"/>
                <w:szCs w:val="24"/>
                <w:lang w:eastAsia="zh-CN"/>
              </w:rPr>
            </w:pPr>
            <w:r w:rsidRPr="00933B1D">
              <w:rPr>
                <w:sz w:val="24"/>
                <w:szCs w:val="24"/>
                <w:lang w:eastAsia="zh-CN"/>
              </w:rPr>
              <w:t>检测平台：中国知网（</w:t>
            </w:r>
            <w:r w:rsidRPr="00933B1D">
              <w:rPr>
                <w:sz w:val="24"/>
                <w:szCs w:val="24"/>
                <w:lang w:eastAsia="zh-CN"/>
              </w:rPr>
              <w:t>CNKI</w:t>
            </w:r>
            <w:r w:rsidRPr="00933B1D">
              <w:rPr>
                <w:sz w:val="24"/>
                <w:szCs w:val="24"/>
                <w:lang w:eastAsia="zh-CN"/>
              </w:rPr>
              <w:t>）</w:t>
            </w:r>
          </w:p>
          <w:p w14:paraId="263BA187" w14:textId="77777777" w:rsidR="00E71D23" w:rsidRPr="00933B1D" w:rsidRDefault="00000000">
            <w:pPr>
              <w:spacing w:before="30" w:after="30"/>
              <w:rPr>
                <w:sz w:val="24"/>
                <w:szCs w:val="24"/>
              </w:rPr>
            </w:pPr>
            <w:proofErr w:type="spellStart"/>
            <w:r w:rsidRPr="00933B1D">
              <w:rPr>
                <w:sz w:val="24"/>
                <w:szCs w:val="24"/>
              </w:rPr>
              <w:t>文字复制比</w:t>
            </w:r>
            <w:proofErr w:type="spellEnd"/>
            <w:r w:rsidRPr="00933B1D">
              <w:rPr>
                <w:sz w:val="24"/>
                <w:szCs w:val="24"/>
              </w:rPr>
              <w:t xml:space="preserve">：　　　　</w:t>
            </w:r>
            <w:proofErr w:type="gramStart"/>
            <w:r w:rsidRPr="00933B1D">
              <w:rPr>
                <w:sz w:val="24"/>
                <w:szCs w:val="24"/>
              </w:rPr>
              <w:t>%</w:t>
            </w:r>
            <w:r w:rsidRPr="00933B1D">
              <w:rPr>
                <w:sz w:val="24"/>
                <w:szCs w:val="24"/>
              </w:rPr>
              <w:t xml:space="preserve">　　</w:t>
            </w:r>
            <w:proofErr w:type="spellStart"/>
            <w:r w:rsidRPr="00933B1D">
              <w:rPr>
                <w:sz w:val="24"/>
                <w:szCs w:val="24"/>
              </w:rPr>
              <w:t>AIGC</w:t>
            </w:r>
            <w:proofErr w:type="gramEnd"/>
            <w:r w:rsidRPr="00933B1D">
              <w:rPr>
                <w:sz w:val="24"/>
                <w:szCs w:val="24"/>
              </w:rPr>
              <w:t>疑似度</w:t>
            </w:r>
            <w:proofErr w:type="spellEnd"/>
            <w:r w:rsidRPr="00933B1D">
              <w:rPr>
                <w:sz w:val="24"/>
                <w:szCs w:val="24"/>
              </w:rPr>
              <w:t xml:space="preserve">：　　　　</w:t>
            </w:r>
            <w:r w:rsidRPr="00933B1D">
              <w:rPr>
                <w:sz w:val="24"/>
                <w:szCs w:val="24"/>
              </w:rPr>
              <w:t>%</w:t>
            </w:r>
          </w:p>
          <w:p w14:paraId="58B08AEA" w14:textId="194BF828" w:rsidR="00E71D23" w:rsidRPr="00933B1D" w:rsidRDefault="00933B1D">
            <w:pPr>
              <w:spacing w:before="30" w:after="30"/>
              <w:rPr>
                <w:sz w:val="24"/>
                <w:szCs w:val="24"/>
                <w:lang w:eastAsia="zh-CN"/>
              </w:rPr>
            </w:pPr>
            <w:r w:rsidRPr="00933B1D">
              <w:rPr>
                <w:rFonts w:hint="eastAsia"/>
                <w:sz w:val="24"/>
                <w:szCs w:val="24"/>
                <w:lang w:eastAsia="zh-CN"/>
              </w:rPr>
              <w:t>□</w:t>
            </w:r>
            <w:r w:rsidR="00000000" w:rsidRPr="00933B1D">
              <w:rPr>
                <w:sz w:val="24"/>
                <w:szCs w:val="24"/>
                <w:lang w:eastAsia="zh-CN"/>
              </w:rPr>
              <w:t xml:space="preserve">检测报告已随论文提交（报告编号：　　　　　　　</w:t>
            </w:r>
            <w:proofErr w:type="gramStart"/>
            <w:r w:rsidR="00000000" w:rsidRPr="00933B1D">
              <w:rPr>
                <w:sz w:val="24"/>
                <w:szCs w:val="24"/>
                <w:lang w:eastAsia="zh-CN"/>
              </w:rPr>
              <w:t xml:space="preserve">　）</w:t>
            </w:r>
            <w:proofErr w:type="gramEnd"/>
          </w:p>
        </w:tc>
      </w:tr>
      <w:tr w:rsidR="00E71D23" w:rsidRPr="00933B1D" w14:paraId="26258229" w14:textId="77777777" w:rsidTr="00933B1D">
        <w:trPr>
          <w:trHeight w:val="680"/>
          <w:jc w:val="center"/>
        </w:trPr>
        <w:tc>
          <w:tcPr>
            <w:tcW w:w="9212" w:type="dxa"/>
            <w:gridSpan w:val="10"/>
            <w:vAlign w:val="center"/>
          </w:tcPr>
          <w:p w14:paraId="0634797E" w14:textId="77777777" w:rsidR="00E71D23" w:rsidRPr="00642FCA" w:rsidRDefault="00000000">
            <w:pPr>
              <w:spacing w:before="30" w:after="30"/>
              <w:rPr>
                <w:b/>
                <w:bCs/>
                <w:sz w:val="24"/>
                <w:szCs w:val="24"/>
                <w:lang w:eastAsia="zh-CN"/>
              </w:rPr>
            </w:pPr>
            <w:r w:rsidRPr="00642FCA">
              <w:rPr>
                <w:b/>
                <w:bCs/>
                <w:sz w:val="24"/>
                <w:szCs w:val="24"/>
                <w:lang w:eastAsia="zh-CN"/>
              </w:rPr>
              <w:t>论文主要创新点简介（</w:t>
            </w:r>
            <w:r w:rsidRPr="00642FCA">
              <w:rPr>
                <w:b/>
                <w:bCs/>
                <w:sz w:val="24"/>
                <w:szCs w:val="24"/>
                <w:lang w:eastAsia="zh-CN"/>
              </w:rPr>
              <w:t>300</w:t>
            </w:r>
            <w:r w:rsidRPr="00642FCA">
              <w:rPr>
                <w:b/>
                <w:bCs/>
                <w:sz w:val="24"/>
                <w:szCs w:val="24"/>
                <w:lang w:eastAsia="zh-CN"/>
              </w:rPr>
              <w:t>字以内）</w:t>
            </w:r>
          </w:p>
        </w:tc>
      </w:tr>
      <w:tr w:rsidR="00E71D23" w:rsidRPr="00933B1D" w14:paraId="12F15E7A" w14:textId="77777777" w:rsidTr="00933B1D">
        <w:trPr>
          <w:trHeight w:val="3716"/>
          <w:jc w:val="center"/>
        </w:trPr>
        <w:tc>
          <w:tcPr>
            <w:tcW w:w="9212" w:type="dxa"/>
            <w:gridSpan w:val="10"/>
          </w:tcPr>
          <w:p w14:paraId="07FF18E5" w14:textId="77777777" w:rsidR="00E71D23" w:rsidRPr="00933B1D" w:rsidRDefault="00E71D23">
            <w:pPr>
              <w:spacing w:before="30" w:after="30"/>
              <w:rPr>
                <w:sz w:val="24"/>
                <w:szCs w:val="24"/>
                <w:lang w:eastAsia="zh-CN"/>
              </w:rPr>
            </w:pPr>
          </w:p>
          <w:p w14:paraId="606AACEE" w14:textId="77777777" w:rsidR="00E71D23" w:rsidRPr="00933B1D" w:rsidRDefault="00E71D23">
            <w:pPr>
              <w:spacing w:before="30" w:after="30"/>
              <w:rPr>
                <w:sz w:val="24"/>
                <w:szCs w:val="24"/>
                <w:lang w:eastAsia="zh-CN"/>
              </w:rPr>
            </w:pPr>
          </w:p>
          <w:p w14:paraId="777918F3" w14:textId="77777777" w:rsidR="00E71D23" w:rsidRPr="00933B1D" w:rsidRDefault="00E71D23">
            <w:pPr>
              <w:spacing w:before="30" w:after="30"/>
              <w:rPr>
                <w:sz w:val="24"/>
                <w:szCs w:val="24"/>
                <w:lang w:eastAsia="zh-CN"/>
              </w:rPr>
            </w:pPr>
          </w:p>
          <w:p w14:paraId="7BBF1118" w14:textId="77777777" w:rsidR="00E71D23" w:rsidRPr="00933B1D" w:rsidRDefault="00E71D23">
            <w:pPr>
              <w:spacing w:before="30" w:after="30"/>
              <w:rPr>
                <w:sz w:val="24"/>
                <w:szCs w:val="24"/>
                <w:lang w:eastAsia="zh-CN"/>
              </w:rPr>
            </w:pPr>
          </w:p>
          <w:p w14:paraId="6BFFB86E" w14:textId="77777777" w:rsidR="00E71D23" w:rsidRDefault="00E71D23">
            <w:pPr>
              <w:spacing w:before="30" w:after="30"/>
              <w:rPr>
                <w:sz w:val="24"/>
                <w:szCs w:val="24"/>
                <w:lang w:eastAsia="zh-CN"/>
              </w:rPr>
            </w:pPr>
          </w:p>
          <w:p w14:paraId="32FE1B4C" w14:textId="77777777" w:rsidR="00642FCA" w:rsidRPr="00933B1D" w:rsidRDefault="00642FCA">
            <w:pPr>
              <w:spacing w:before="30" w:after="30"/>
              <w:rPr>
                <w:rFonts w:hint="eastAsia"/>
                <w:sz w:val="24"/>
                <w:szCs w:val="24"/>
                <w:lang w:eastAsia="zh-CN"/>
              </w:rPr>
            </w:pPr>
          </w:p>
          <w:p w14:paraId="4C03546A" w14:textId="77777777" w:rsidR="00933B1D" w:rsidRPr="00933B1D" w:rsidRDefault="00933B1D">
            <w:pPr>
              <w:spacing w:before="30" w:after="30"/>
              <w:rPr>
                <w:sz w:val="24"/>
                <w:szCs w:val="24"/>
                <w:lang w:eastAsia="zh-CN"/>
              </w:rPr>
            </w:pPr>
          </w:p>
          <w:p w14:paraId="07782EFE" w14:textId="77777777" w:rsidR="00933B1D" w:rsidRPr="00933B1D" w:rsidRDefault="00933B1D">
            <w:pPr>
              <w:spacing w:before="30" w:after="30"/>
              <w:rPr>
                <w:sz w:val="24"/>
                <w:szCs w:val="24"/>
                <w:lang w:eastAsia="zh-CN"/>
              </w:rPr>
            </w:pPr>
          </w:p>
          <w:p w14:paraId="6DA81A63" w14:textId="77777777" w:rsidR="00933B1D" w:rsidRPr="00933B1D" w:rsidRDefault="00933B1D">
            <w:pPr>
              <w:spacing w:before="30" w:after="30"/>
              <w:rPr>
                <w:sz w:val="24"/>
                <w:szCs w:val="24"/>
                <w:lang w:eastAsia="zh-CN"/>
              </w:rPr>
            </w:pPr>
          </w:p>
          <w:p w14:paraId="2DC6C687" w14:textId="77777777" w:rsidR="00933B1D" w:rsidRPr="00933B1D" w:rsidRDefault="00933B1D">
            <w:pPr>
              <w:spacing w:before="30" w:after="30"/>
              <w:rPr>
                <w:rFonts w:hint="eastAsia"/>
                <w:sz w:val="24"/>
                <w:szCs w:val="24"/>
                <w:lang w:eastAsia="zh-CN"/>
              </w:rPr>
            </w:pPr>
          </w:p>
          <w:p w14:paraId="4C5357C2" w14:textId="3FAC463A" w:rsidR="003C2198" w:rsidRPr="00933B1D" w:rsidRDefault="003C2198" w:rsidP="003C2198">
            <w:pPr>
              <w:spacing w:before="30" w:after="30"/>
              <w:rPr>
                <w:rFonts w:hint="eastAsia"/>
                <w:sz w:val="24"/>
                <w:szCs w:val="24"/>
              </w:rPr>
            </w:pPr>
          </w:p>
          <w:p w14:paraId="345A9ACC" w14:textId="734E56BC" w:rsidR="00E71D23" w:rsidRPr="00933B1D" w:rsidRDefault="00E71D23">
            <w:pPr>
              <w:spacing w:before="30" w:after="30"/>
              <w:rPr>
                <w:sz w:val="24"/>
                <w:szCs w:val="24"/>
              </w:rPr>
            </w:pPr>
          </w:p>
        </w:tc>
      </w:tr>
      <w:tr w:rsidR="00933B1D" w:rsidRPr="00933B1D" w14:paraId="474B4679" w14:textId="77777777" w:rsidTr="00D177AB">
        <w:trPr>
          <w:jc w:val="center"/>
        </w:trPr>
        <w:tc>
          <w:tcPr>
            <w:tcW w:w="1828" w:type="dxa"/>
            <w:vAlign w:val="center"/>
          </w:tcPr>
          <w:p w14:paraId="1D8472CE" w14:textId="77777777" w:rsidR="00933B1D" w:rsidRPr="00933B1D" w:rsidRDefault="00933B1D" w:rsidP="00D177AB">
            <w:pPr>
              <w:spacing w:before="30" w:after="30"/>
              <w:jc w:val="center"/>
              <w:rPr>
                <w:sz w:val="24"/>
                <w:szCs w:val="24"/>
              </w:rPr>
            </w:pPr>
            <w:proofErr w:type="spellStart"/>
            <w:r w:rsidRPr="00933B1D">
              <w:rPr>
                <w:sz w:val="24"/>
                <w:szCs w:val="24"/>
              </w:rPr>
              <w:lastRenderedPageBreak/>
              <w:t>申请人承诺</w:t>
            </w:r>
            <w:proofErr w:type="spellEnd"/>
          </w:p>
        </w:tc>
        <w:tc>
          <w:tcPr>
            <w:tcW w:w="7384" w:type="dxa"/>
            <w:gridSpan w:val="9"/>
            <w:vAlign w:val="center"/>
          </w:tcPr>
          <w:p w14:paraId="7D3512F0" w14:textId="77777777" w:rsidR="00933B1D" w:rsidRPr="00933B1D" w:rsidRDefault="00933B1D" w:rsidP="00D177AB">
            <w:pPr>
              <w:spacing w:before="30" w:after="30"/>
              <w:rPr>
                <w:sz w:val="24"/>
                <w:szCs w:val="24"/>
                <w:lang w:eastAsia="zh-CN"/>
              </w:rPr>
            </w:pPr>
            <w:r w:rsidRPr="00933B1D">
              <w:rPr>
                <w:sz w:val="24"/>
                <w:szCs w:val="24"/>
                <w:lang w:eastAsia="zh-CN"/>
              </w:rPr>
              <w:t>本表所填内容及提交的论文、检测报告均真实、准确；论文由本人独立完成，不存在抄袭、剽窃、代写及生成式人工智能代写等学术不端行为；已按要求完成查重与</w:t>
            </w:r>
            <w:r w:rsidRPr="00933B1D">
              <w:rPr>
                <w:sz w:val="24"/>
                <w:szCs w:val="24"/>
                <w:lang w:eastAsia="zh-CN"/>
              </w:rPr>
              <w:t>AIGC</w:t>
            </w:r>
            <w:r w:rsidRPr="00933B1D">
              <w:rPr>
                <w:sz w:val="24"/>
                <w:szCs w:val="24"/>
                <w:lang w:eastAsia="zh-CN"/>
              </w:rPr>
              <w:t>检测。如有不实，愿承担取消参评资格、撤销荣誉、收回证书等相应责任。</w:t>
            </w:r>
          </w:p>
          <w:p w14:paraId="782473AD" w14:textId="11B2A784" w:rsidR="00933B1D" w:rsidRPr="00933B1D" w:rsidRDefault="00933B1D" w:rsidP="00D177AB">
            <w:pPr>
              <w:spacing w:before="30" w:after="30"/>
              <w:rPr>
                <w:sz w:val="24"/>
                <w:szCs w:val="24"/>
                <w:lang w:eastAsia="zh-CN"/>
              </w:rPr>
            </w:pPr>
            <w:r w:rsidRPr="00933B1D">
              <w:rPr>
                <w:sz w:val="24"/>
                <w:szCs w:val="24"/>
                <w:lang w:eastAsia="zh-CN"/>
              </w:rPr>
              <w:t xml:space="preserve">　　　　　　　　　　　　　　　　　　申</w:t>
            </w:r>
            <w:r w:rsidR="00642FCA">
              <w:rPr>
                <w:rFonts w:hint="eastAsia"/>
                <w:sz w:val="24"/>
                <w:szCs w:val="24"/>
                <w:lang w:eastAsia="zh-CN"/>
              </w:rPr>
              <w:t>报</w:t>
            </w:r>
            <w:r w:rsidRPr="00933B1D">
              <w:rPr>
                <w:sz w:val="24"/>
                <w:szCs w:val="24"/>
                <w:lang w:eastAsia="zh-CN"/>
              </w:rPr>
              <w:t xml:space="preserve">人签字：　　　　　　　　　　</w:t>
            </w:r>
          </w:p>
          <w:p w14:paraId="2976A2AB" w14:textId="7CCB78B3" w:rsidR="00933B1D" w:rsidRPr="00933B1D" w:rsidRDefault="00933B1D" w:rsidP="00D177AB">
            <w:pPr>
              <w:spacing w:before="30" w:after="30"/>
              <w:rPr>
                <w:sz w:val="24"/>
                <w:szCs w:val="24"/>
              </w:rPr>
            </w:pPr>
            <w:r w:rsidRPr="00933B1D">
              <w:rPr>
                <w:sz w:val="24"/>
                <w:szCs w:val="24"/>
                <w:lang w:eastAsia="zh-CN"/>
              </w:rPr>
              <w:t xml:space="preserve">　　　　　　　　　　　　　　　　　　　　　　</w:t>
            </w:r>
            <w:proofErr w:type="gramStart"/>
            <w:r w:rsidRPr="00933B1D">
              <w:rPr>
                <w:sz w:val="24"/>
                <w:szCs w:val="24"/>
              </w:rPr>
              <w:t>年　　月</w:t>
            </w:r>
            <w:proofErr w:type="gramEnd"/>
            <w:r w:rsidRPr="00933B1D">
              <w:rPr>
                <w:sz w:val="24"/>
                <w:szCs w:val="24"/>
              </w:rPr>
              <w:t xml:space="preserve">　　日</w:t>
            </w:r>
          </w:p>
        </w:tc>
      </w:tr>
      <w:tr w:rsidR="00E71D23" w:rsidRPr="00933B1D" w14:paraId="55A899CD" w14:textId="77777777" w:rsidTr="00933B1D">
        <w:trPr>
          <w:trHeight w:val="3118"/>
          <w:jc w:val="center"/>
        </w:trPr>
        <w:tc>
          <w:tcPr>
            <w:tcW w:w="1828" w:type="dxa"/>
            <w:vAlign w:val="center"/>
          </w:tcPr>
          <w:p w14:paraId="50C2240B" w14:textId="77777777" w:rsidR="00E71D23" w:rsidRPr="00933B1D" w:rsidRDefault="00000000">
            <w:pPr>
              <w:spacing w:before="30" w:after="30"/>
              <w:jc w:val="center"/>
              <w:rPr>
                <w:sz w:val="24"/>
                <w:szCs w:val="24"/>
              </w:rPr>
            </w:pPr>
            <w:proofErr w:type="spellStart"/>
            <w:r w:rsidRPr="00933B1D">
              <w:rPr>
                <w:sz w:val="24"/>
                <w:szCs w:val="24"/>
              </w:rPr>
              <w:t>导师意见</w:t>
            </w:r>
            <w:proofErr w:type="spellEnd"/>
          </w:p>
        </w:tc>
        <w:tc>
          <w:tcPr>
            <w:tcW w:w="7384" w:type="dxa"/>
            <w:gridSpan w:val="9"/>
          </w:tcPr>
          <w:p w14:paraId="42ED9CE7" w14:textId="77777777" w:rsidR="00E71D23" w:rsidRPr="00933B1D" w:rsidRDefault="00000000" w:rsidP="00933B1D">
            <w:pPr>
              <w:spacing w:before="30" w:after="30"/>
              <w:jc w:val="both"/>
              <w:rPr>
                <w:sz w:val="24"/>
                <w:szCs w:val="24"/>
                <w:lang w:eastAsia="zh-CN"/>
              </w:rPr>
            </w:pPr>
            <w:r w:rsidRPr="00933B1D">
              <w:rPr>
                <w:b/>
                <w:sz w:val="24"/>
                <w:szCs w:val="24"/>
                <w:lang w:eastAsia="zh-CN"/>
              </w:rPr>
              <w:t>（对论文选题、内容真实性及是否同意申报的审核意见）</w:t>
            </w:r>
          </w:p>
          <w:p w14:paraId="30A91AC4" w14:textId="77777777" w:rsidR="00E71D23" w:rsidRPr="00933B1D" w:rsidRDefault="00E71D23" w:rsidP="00933B1D">
            <w:pPr>
              <w:spacing w:before="30" w:after="30"/>
              <w:jc w:val="both"/>
              <w:rPr>
                <w:sz w:val="24"/>
                <w:szCs w:val="24"/>
                <w:lang w:eastAsia="zh-CN"/>
              </w:rPr>
            </w:pPr>
          </w:p>
          <w:p w14:paraId="6274AAAA" w14:textId="77777777" w:rsidR="00E71D23" w:rsidRPr="00933B1D" w:rsidRDefault="00E71D23" w:rsidP="00933B1D">
            <w:pPr>
              <w:spacing w:before="30" w:after="30"/>
              <w:jc w:val="both"/>
              <w:rPr>
                <w:sz w:val="24"/>
                <w:szCs w:val="24"/>
                <w:lang w:eastAsia="zh-CN"/>
              </w:rPr>
            </w:pPr>
          </w:p>
          <w:p w14:paraId="34998E14" w14:textId="77777777" w:rsidR="00933B1D" w:rsidRPr="00933B1D" w:rsidRDefault="00933B1D" w:rsidP="00933B1D">
            <w:pPr>
              <w:spacing w:before="30" w:after="30"/>
              <w:jc w:val="both"/>
              <w:rPr>
                <w:sz w:val="24"/>
                <w:szCs w:val="24"/>
                <w:lang w:eastAsia="zh-CN"/>
              </w:rPr>
            </w:pPr>
          </w:p>
          <w:p w14:paraId="649D856E" w14:textId="77777777" w:rsidR="00933B1D" w:rsidRPr="00933B1D" w:rsidRDefault="00933B1D" w:rsidP="00933B1D">
            <w:pPr>
              <w:spacing w:before="30" w:after="30"/>
              <w:jc w:val="both"/>
              <w:rPr>
                <w:sz w:val="24"/>
                <w:szCs w:val="24"/>
                <w:lang w:eastAsia="zh-CN"/>
              </w:rPr>
            </w:pPr>
          </w:p>
          <w:p w14:paraId="578ED548" w14:textId="77777777" w:rsidR="00933B1D" w:rsidRPr="00933B1D" w:rsidRDefault="00933B1D" w:rsidP="00933B1D">
            <w:pPr>
              <w:spacing w:before="30" w:after="30"/>
              <w:jc w:val="both"/>
              <w:rPr>
                <w:sz w:val="24"/>
                <w:szCs w:val="24"/>
                <w:lang w:eastAsia="zh-CN"/>
              </w:rPr>
            </w:pPr>
          </w:p>
          <w:p w14:paraId="13EB4A98" w14:textId="77777777" w:rsidR="00933B1D" w:rsidRPr="00933B1D" w:rsidRDefault="00933B1D" w:rsidP="00933B1D">
            <w:pPr>
              <w:spacing w:before="30" w:after="30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  <w:p w14:paraId="30C43751" w14:textId="77777777" w:rsidR="00E71D23" w:rsidRPr="00933B1D" w:rsidRDefault="00000000" w:rsidP="00933B1D">
            <w:pPr>
              <w:spacing w:before="30" w:after="30"/>
              <w:jc w:val="both"/>
              <w:rPr>
                <w:sz w:val="24"/>
                <w:szCs w:val="24"/>
                <w:lang w:eastAsia="zh-CN"/>
              </w:rPr>
            </w:pPr>
            <w:r w:rsidRPr="00933B1D">
              <w:rPr>
                <w:b/>
                <w:sz w:val="24"/>
                <w:szCs w:val="24"/>
                <w:lang w:eastAsia="zh-CN"/>
              </w:rPr>
              <w:t xml:space="preserve">　　　　　　　　　　　　　　　　　　导师签字：　　　　　　　　　　</w:t>
            </w:r>
          </w:p>
          <w:p w14:paraId="728AE60E" w14:textId="20A95744" w:rsidR="00E71D23" w:rsidRPr="00933B1D" w:rsidRDefault="00000000" w:rsidP="00933B1D">
            <w:pPr>
              <w:spacing w:before="30" w:after="30"/>
              <w:jc w:val="both"/>
              <w:rPr>
                <w:sz w:val="24"/>
                <w:szCs w:val="24"/>
              </w:rPr>
            </w:pPr>
            <w:r w:rsidRPr="00933B1D">
              <w:rPr>
                <w:b/>
                <w:sz w:val="24"/>
                <w:szCs w:val="24"/>
                <w:lang w:eastAsia="zh-CN"/>
              </w:rPr>
              <w:t xml:space="preserve">　　　　　　　　　　　　　　　　　　　　　　</w:t>
            </w:r>
            <w:proofErr w:type="gramStart"/>
            <w:r w:rsidRPr="00933B1D">
              <w:rPr>
                <w:b/>
                <w:sz w:val="24"/>
                <w:szCs w:val="24"/>
              </w:rPr>
              <w:t>年　　月</w:t>
            </w:r>
            <w:proofErr w:type="gramEnd"/>
            <w:r w:rsidRPr="00933B1D">
              <w:rPr>
                <w:b/>
                <w:sz w:val="24"/>
                <w:szCs w:val="24"/>
              </w:rPr>
              <w:t xml:space="preserve">　　日</w:t>
            </w:r>
          </w:p>
        </w:tc>
      </w:tr>
      <w:tr w:rsidR="00E71D23" w:rsidRPr="00933B1D" w14:paraId="1F74E679" w14:textId="77777777" w:rsidTr="00933B1D">
        <w:trPr>
          <w:trHeight w:val="2964"/>
          <w:jc w:val="center"/>
        </w:trPr>
        <w:tc>
          <w:tcPr>
            <w:tcW w:w="1828" w:type="dxa"/>
            <w:vAlign w:val="center"/>
          </w:tcPr>
          <w:p w14:paraId="40212AE9" w14:textId="77777777" w:rsidR="00E71D23" w:rsidRPr="00933B1D" w:rsidRDefault="00000000">
            <w:pPr>
              <w:spacing w:before="30" w:after="30"/>
              <w:jc w:val="center"/>
              <w:rPr>
                <w:sz w:val="24"/>
                <w:szCs w:val="24"/>
              </w:rPr>
            </w:pPr>
            <w:proofErr w:type="spellStart"/>
            <w:r w:rsidRPr="00933B1D">
              <w:rPr>
                <w:sz w:val="24"/>
                <w:szCs w:val="24"/>
              </w:rPr>
              <w:t>学院评审组意见</w:t>
            </w:r>
            <w:proofErr w:type="spellEnd"/>
          </w:p>
        </w:tc>
        <w:tc>
          <w:tcPr>
            <w:tcW w:w="7384" w:type="dxa"/>
            <w:gridSpan w:val="9"/>
          </w:tcPr>
          <w:p w14:paraId="5377F387" w14:textId="77777777" w:rsidR="00E71D23" w:rsidRPr="00933B1D" w:rsidRDefault="00000000" w:rsidP="00933B1D">
            <w:pPr>
              <w:spacing w:before="30" w:after="30"/>
              <w:jc w:val="both"/>
              <w:rPr>
                <w:sz w:val="24"/>
                <w:szCs w:val="24"/>
                <w:lang w:eastAsia="zh-CN"/>
              </w:rPr>
            </w:pPr>
            <w:r w:rsidRPr="00933B1D">
              <w:rPr>
                <w:b/>
                <w:sz w:val="24"/>
                <w:szCs w:val="24"/>
                <w:lang w:eastAsia="zh-CN"/>
              </w:rPr>
              <w:t>（含初评结果、现场交流情况及推荐等级）</w:t>
            </w:r>
          </w:p>
          <w:p w14:paraId="3BC65570" w14:textId="77777777" w:rsidR="00E71D23" w:rsidRPr="00933B1D" w:rsidRDefault="00E71D23" w:rsidP="00933B1D">
            <w:pPr>
              <w:spacing w:before="30" w:after="30"/>
              <w:jc w:val="both"/>
              <w:rPr>
                <w:sz w:val="24"/>
                <w:szCs w:val="24"/>
                <w:lang w:eastAsia="zh-CN"/>
              </w:rPr>
            </w:pPr>
          </w:p>
          <w:p w14:paraId="4C15785C" w14:textId="77777777" w:rsidR="00933B1D" w:rsidRPr="00933B1D" w:rsidRDefault="00933B1D" w:rsidP="00933B1D">
            <w:pPr>
              <w:spacing w:before="30" w:after="30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  <w:p w14:paraId="510A7438" w14:textId="30BC4296" w:rsidR="00933B1D" w:rsidRPr="00933B1D" w:rsidRDefault="00000000" w:rsidP="00933B1D">
            <w:pPr>
              <w:spacing w:before="30" w:after="30" w:line="360" w:lineRule="auto"/>
              <w:jc w:val="both"/>
              <w:rPr>
                <w:b/>
                <w:sz w:val="24"/>
                <w:szCs w:val="24"/>
                <w:lang w:eastAsia="zh-CN"/>
              </w:rPr>
            </w:pPr>
            <w:r w:rsidRPr="00933B1D">
              <w:rPr>
                <w:b/>
                <w:sz w:val="24"/>
                <w:szCs w:val="24"/>
                <w:lang w:eastAsia="zh-CN"/>
              </w:rPr>
              <w:t xml:space="preserve">初评得分：　　　　　</w:t>
            </w:r>
            <w:r w:rsidR="00933B1D" w:rsidRPr="00933B1D">
              <w:rPr>
                <w:rFonts w:hint="eastAsia"/>
                <w:b/>
                <w:sz w:val="24"/>
                <w:szCs w:val="24"/>
                <w:lang w:eastAsia="zh-CN"/>
              </w:rPr>
              <w:t xml:space="preserve">                   </w:t>
            </w:r>
            <w:r w:rsidRPr="00933B1D">
              <w:rPr>
                <w:b/>
                <w:sz w:val="24"/>
                <w:szCs w:val="24"/>
                <w:lang w:eastAsia="zh-CN"/>
              </w:rPr>
              <w:t xml:space="preserve">　排名：　　　　／　　　　</w:t>
            </w:r>
          </w:p>
          <w:p w14:paraId="42C889E5" w14:textId="75F3E9E8" w:rsidR="00E71D23" w:rsidRPr="00933B1D" w:rsidRDefault="00000000" w:rsidP="00933B1D">
            <w:pPr>
              <w:spacing w:before="30" w:after="30" w:line="360" w:lineRule="auto"/>
              <w:jc w:val="both"/>
              <w:rPr>
                <w:b/>
                <w:sz w:val="24"/>
                <w:szCs w:val="24"/>
                <w:lang w:eastAsia="zh-CN"/>
              </w:rPr>
            </w:pPr>
            <w:r w:rsidRPr="00933B1D">
              <w:rPr>
                <w:b/>
                <w:sz w:val="24"/>
                <w:szCs w:val="24"/>
                <w:lang w:eastAsia="zh-CN"/>
              </w:rPr>
              <w:t>拟推荐等级：</w:t>
            </w:r>
            <w:r w:rsidR="00933B1D" w:rsidRPr="00933B1D">
              <w:rPr>
                <w:rFonts w:hint="eastAsia"/>
                <w:sz w:val="24"/>
                <w:szCs w:val="24"/>
                <w:lang w:eastAsia="zh-CN"/>
              </w:rPr>
              <w:t>□</w:t>
            </w:r>
            <w:r w:rsidRPr="00933B1D">
              <w:rPr>
                <w:b/>
                <w:sz w:val="24"/>
                <w:szCs w:val="24"/>
                <w:lang w:eastAsia="zh-CN"/>
              </w:rPr>
              <w:t xml:space="preserve">一等　</w:t>
            </w:r>
            <w:r w:rsidR="00933B1D" w:rsidRPr="00933B1D">
              <w:rPr>
                <w:rFonts w:hint="eastAsia"/>
                <w:sz w:val="24"/>
                <w:szCs w:val="24"/>
                <w:lang w:eastAsia="zh-CN"/>
              </w:rPr>
              <w:t>□</w:t>
            </w:r>
            <w:r w:rsidRPr="00933B1D">
              <w:rPr>
                <w:b/>
                <w:sz w:val="24"/>
                <w:szCs w:val="24"/>
                <w:lang w:eastAsia="zh-CN"/>
              </w:rPr>
              <w:t xml:space="preserve">二等　</w:t>
            </w:r>
            <w:r w:rsidR="00933B1D" w:rsidRPr="00933B1D">
              <w:rPr>
                <w:rFonts w:hint="eastAsia"/>
                <w:sz w:val="24"/>
                <w:szCs w:val="24"/>
                <w:lang w:eastAsia="zh-CN"/>
              </w:rPr>
              <w:t>□</w:t>
            </w:r>
            <w:r w:rsidRPr="00933B1D">
              <w:rPr>
                <w:b/>
                <w:sz w:val="24"/>
                <w:szCs w:val="24"/>
                <w:lang w:eastAsia="zh-CN"/>
              </w:rPr>
              <w:t>三等</w:t>
            </w:r>
          </w:p>
          <w:p w14:paraId="06BCA744" w14:textId="77777777" w:rsidR="00933B1D" w:rsidRPr="00933B1D" w:rsidRDefault="00933B1D" w:rsidP="00933B1D">
            <w:pPr>
              <w:spacing w:before="30" w:after="30"/>
              <w:jc w:val="both"/>
              <w:rPr>
                <w:sz w:val="24"/>
                <w:szCs w:val="24"/>
                <w:lang w:eastAsia="zh-CN"/>
              </w:rPr>
            </w:pPr>
          </w:p>
          <w:p w14:paraId="01EEB1AA" w14:textId="77777777" w:rsidR="00933B1D" w:rsidRPr="00933B1D" w:rsidRDefault="00933B1D" w:rsidP="00933B1D">
            <w:pPr>
              <w:spacing w:before="30" w:after="30"/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  <w:p w14:paraId="225EF8B9" w14:textId="77777777" w:rsidR="00E71D23" w:rsidRPr="00933B1D" w:rsidRDefault="00000000" w:rsidP="00933B1D">
            <w:pPr>
              <w:spacing w:before="30" w:after="30"/>
              <w:jc w:val="both"/>
              <w:rPr>
                <w:sz w:val="24"/>
                <w:szCs w:val="24"/>
                <w:lang w:eastAsia="zh-CN"/>
              </w:rPr>
            </w:pPr>
            <w:r w:rsidRPr="00933B1D">
              <w:rPr>
                <w:b/>
                <w:sz w:val="24"/>
                <w:szCs w:val="24"/>
                <w:lang w:eastAsia="zh-CN"/>
              </w:rPr>
              <w:t xml:space="preserve">　　　　　　　　　　　　　　　　评审组组长签字：　　　　　　　　　　</w:t>
            </w:r>
          </w:p>
          <w:p w14:paraId="3078A594" w14:textId="23AC55F0" w:rsidR="00E71D23" w:rsidRPr="00933B1D" w:rsidRDefault="00000000" w:rsidP="00933B1D">
            <w:pPr>
              <w:spacing w:before="30" w:after="30"/>
              <w:jc w:val="both"/>
              <w:rPr>
                <w:sz w:val="24"/>
                <w:szCs w:val="24"/>
              </w:rPr>
            </w:pPr>
            <w:r w:rsidRPr="00933B1D">
              <w:rPr>
                <w:b/>
                <w:sz w:val="24"/>
                <w:szCs w:val="24"/>
                <w:lang w:eastAsia="zh-CN"/>
              </w:rPr>
              <w:t xml:space="preserve">　　　　　　　　　　　　　　　　　　　　　　</w:t>
            </w:r>
            <w:proofErr w:type="gramStart"/>
            <w:r w:rsidRPr="00933B1D">
              <w:rPr>
                <w:b/>
                <w:sz w:val="24"/>
                <w:szCs w:val="24"/>
              </w:rPr>
              <w:t>年　　月</w:t>
            </w:r>
            <w:proofErr w:type="gramEnd"/>
            <w:r w:rsidRPr="00933B1D">
              <w:rPr>
                <w:b/>
                <w:sz w:val="24"/>
                <w:szCs w:val="24"/>
              </w:rPr>
              <w:t xml:space="preserve">　　日</w:t>
            </w:r>
          </w:p>
        </w:tc>
      </w:tr>
      <w:tr w:rsidR="00E71D23" w:rsidRPr="00933B1D" w14:paraId="1B269A02" w14:textId="77777777" w:rsidTr="00933B1D">
        <w:trPr>
          <w:trHeight w:val="2538"/>
          <w:jc w:val="center"/>
        </w:trPr>
        <w:tc>
          <w:tcPr>
            <w:tcW w:w="1828" w:type="dxa"/>
            <w:vAlign w:val="center"/>
          </w:tcPr>
          <w:p w14:paraId="62BA8347" w14:textId="77777777" w:rsidR="00E71D23" w:rsidRPr="00933B1D" w:rsidRDefault="00000000">
            <w:pPr>
              <w:spacing w:before="30" w:after="30"/>
              <w:jc w:val="center"/>
              <w:rPr>
                <w:sz w:val="24"/>
                <w:szCs w:val="24"/>
              </w:rPr>
            </w:pPr>
            <w:proofErr w:type="spellStart"/>
            <w:r w:rsidRPr="00933B1D">
              <w:rPr>
                <w:sz w:val="24"/>
                <w:szCs w:val="24"/>
              </w:rPr>
              <w:t>学院意见</w:t>
            </w:r>
            <w:proofErr w:type="spellEnd"/>
          </w:p>
        </w:tc>
        <w:tc>
          <w:tcPr>
            <w:tcW w:w="7384" w:type="dxa"/>
            <w:gridSpan w:val="9"/>
            <w:vAlign w:val="center"/>
          </w:tcPr>
          <w:p w14:paraId="284B1409" w14:textId="77777777" w:rsidR="00E71D23" w:rsidRPr="00933B1D" w:rsidRDefault="00E71D23">
            <w:pPr>
              <w:spacing w:before="30" w:after="30"/>
              <w:rPr>
                <w:sz w:val="24"/>
                <w:szCs w:val="24"/>
                <w:lang w:eastAsia="zh-CN"/>
              </w:rPr>
            </w:pPr>
          </w:p>
          <w:p w14:paraId="634C5D8E" w14:textId="77777777" w:rsidR="00E71D23" w:rsidRPr="00933B1D" w:rsidRDefault="00E71D23">
            <w:pPr>
              <w:spacing w:before="30" w:after="30"/>
              <w:rPr>
                <w:sz w:val="24"/>
                <w:szCs w:val="24"/>
                <w:lang w:eastAsia="zh-CN"/>
              </w:rPr>
            </w:pPr>
          </w:p>
          <w:p w14:paraId="1A674149" w14:textId="77777777" w:rsidR="00933B1D" w:rsidRPr="00933B1D" w:rsidRDefault="00933B1D">
            <w:pPr>
              <w:spacing w:before="30" w:after="30"/>
              <w:rPr>
                <w:sz w:val="24"/>
                <w:szCs w:val="24"/>
                <w:lang w:eastAsia="zh-CN"/>
              </w:rPr>
            </w:pPr>
          </w:p>
          <w:p w14:paraId="6C910B35" w14:textId="77777777" w:rsidR="00933B1D" w:rsidRPr="00933B1D" w:rsidRDefault="00933B1D">
            <w:pPr>
              <w:spacing w:before="30" w:after="30"/>
              <w:rPr>
                <w:sz w:val="24"/>
                <w:szCs w:val="24"/>
                <w:lang w:eastAsia="zh-CN"/>
              </w:rPr>
            </w:pPr>
          </w:p>
          <w:p w14:paraId="1475365B" w14:textId="77777777" w:rsidR="00933B1D" w:rsidRPr="00933B1D" w:rsidRDefault="00933B1D">
            <w:pPr>
              <w:spacing w:before="30" w:after="30"/>
              <w:rPr>
                <w:rFonts w:hint="eastAsia"/>
                <w:sz w:val="24"/>
                <w:szCs w:val="24"/>
                <w:lang w:eastAsia="zh-CN"/>
              </w:rPr>
            </w:pPr>
          </w:p>
          <w:p w14:paraId="03AE0AF3" w14:textId="48C8A358" w:rsidR="00E71D23" w:rsidRPr="00933B1D" w:rsidRDefault="00000000">
            <w:pPr>
              <w:spacing w:before="30" w:after="30"/>
              <w:rPr>
                <w:sz w:val="24"/>
                <w:szCs w:val="24"/>
                <w:lang w:eastAsia="zh-CN"/>
              </w:rPr>
            </w:pPr>
            <w:r w:rsidRPr="00933B1D">
              <w:rPr>
                <w:b/>
                <w:sz w:val="24"/>
                <w:szCs w:val="24"/>
                <w:lang w:eastAsia="zh-CN"/>
              </w:rPr>
              <w:t xml:space="preserve">　　　　　　　　　　　</w:t>
            </w:r>
            <w:r w:rsidR="00933B1D" w:rsidRPr="00933B1D">
              <w:rPr>
                <w:rFonts w:hint="eastAsia"/>
                <w:b/>
                <w:sz w:val="24"/>
                <w:szCs w:val="24"/>
                <w:lang w:eastAsia="zh-CN"/>
              </w:rPr>
              <w:t xml:space="preserve">           </w:t>
            </w:r>
            <w:r w:rsidRPr="00933B1D">
              <w:rPr>
                <w:b/>
                <w:sz w:val="24"/>
                <w:szCs w:val="24"/>
                <w:lang w:eastAsia="zh-CN"/>
              </w:rPr>
              <w:t xml:space="preserve">　领导签字：　　　　　　</w:t>
            </w:r>
          </w:p>
          <w:p w14:paraId="46E6B124" w14:textId="27DD962A" w:rsidR="00E71D23" w:rsidRPr="00933B1D" w:rsidRDefault="00000000">
            <w:pPr>
              <w:spacing w:before="30" w:after="30"/>
              <w:rPr>
                <w:sz w:val="24"/>
                <w:szCs w:val="24"/>
              </w:rPr>
            </w:pPr>
            <w:r w:rsidRPr="00933B1D">
              <w:rPr>
                <w:b/>
                <w:sz w:val="24"/>
                <w:szCs w:val="24"/>
                <w:lang w:eastAsia="zh-CN"/>
              </w:rPr>
              <w:t xml:space="preserve">　　　　　　　　　　　　　　　　　　　　　　</w:t>
            </w:r>
            <w:proofErr w:type="gramStart"/>
            <w:r w:rsidRPr="00933B1D">
              <w:rPr>
                <w:b/>
                <w:sz w:val="24"/>
                <w:szCs w:val="24"/>
              </w:rPr>
              <w:t>年　　月</w:t>
            </w:r>
            <w:proofErr w:type="gramEnd"/>
            <w:r w:rsidRPr="00933B1D">
              <w:rPr>
                <w:b/>
                <w:sz w:val="24"/>
                <w:szCs w:val="24"/>
              </w:rPr>
              <w:t xml:space="preserve">　　日</w:t>
            </w:r>
          </w:p>
        </w:tc>
      </w:tr>
    </w:tbl>
    <w:p w14:paraId="7C99BF3B" w14:textId="77777777" w:rsidR="00E71D23" w:rsidRDefault="00000000">
      <w:pPr>
        <w:spacing w:before="160"/>
      </w:pPr>
      <w:proofErr w:type="spellStart"/>
      <w:r>
        <w:rPr>
          <w:rFonts w:eastAsia="黑体"/>
        </w:rPr>
        <w:t>填表说明</w:t>
      </w:r>
      <w:proofErr w:type="spellEnd"/>
      <w:r>
        <w:rPr>
          <w:rFonts w:eastAsia="黑体"/>
        </w:rPr>
        <w:t>：</w:t>
      </w:r>
    </w:p>
    <w:p w14:paraId="314A2A3A" w14:textId="77777777" w:rsidR="00E71D23" w:rsidRDefault="00000000">
      <w:pPr>
        <w:rPr>
          <w:lang w:eastAsia="zh-CN"/>
        </w:rPr>
      </w:pPr>
      <w:r>
        <w:rPr>
          <w:lang w:eastAsia="zh-CN"/>
        </w:rPr>
        <w:t>1.</w:t>
      </w:r>
      <w:r>
        <w:rPr>
          <w:lang w:eastAsia="zh-CN"/>
        </w:rPr>
        <w:t>本表须打印填写（或打印后手写签字），一式</w:t>
      </w:r>
      <w:r>
        <w:rPr>
          <w:lang w:eastAsia="zh-CN"/>
        </w:rPr>
        <w:t>1</w:t>
      </w:r>
      <w:r>
        <w:rPr>
          <w:lang w:eastAsia="zh-CN"/>
        </w:rPr>
        <w:t>份，与论文、查重检测报告、</w:t>
      </w:r>
      <w:r>
        <w:rPr>
          <w:lang w:eastAsia="zh-CN"/>
        </w:rPr>
        <w:t>AIGC</w:t>
      </w:r>
      <w:r>
        <w:rPr>
          <w:lang w:eastAsia="zh-CN"/>
        </w:rPr>
        <w:t>检测报告一并报送。</w:t>
      </w:r>
    </w:p>
    <w:p w14:paraId="0542CD37" w14:textId="77777777" w:rsidR="00E71D23" w:rsidRDefault="00000000">
      <w:pPr>
        <w:rPr>
          <w:lang w:eastAsia="zh-CN"/>
        </w:rPr>
      </w:pPr>
      <w:r>
        <w:rPr>
          <w:lang w:eastAsia="zh-CN"/>
        </w:rPr>
        <w:t>2.</w:t>
      </w:r>
      <w:r>
        <w:rPr>
          <w:lang w:eastAsia="zh-CN"/>
        </w:rPr>
        <w:t>论文须提交</w:t>
      </w:r>
      <w:r>
        <w:rPr>
          <w:lang w:eastAsia="zh-CN"/>
        </w:rPr>
        <w:t>Word</w:t>
      </w:r>
      <w:r>
        <w:rPr>
          <w:lang w:eastAsia="zh-CN"/>
        </w:rPr>
        <w:t>和</w:t>
      </w:r>
      <w:r>
        <w:rPr>
          <w:lang w:eastAsia="zh-CN"/>
        </w:rPr>
        <w:t>PDF</w:t>
      </w:r>
      <w:r>
        <w:rPr>
          <w:lang w:eastAsia="zh-CN"/>
        </w:rPr>
        <w:t>各一份，电子文件命名为</w:t>
      </w:r>
      <w:r>
        <w:rPr>
          <w:lang w:eastAsia="zh-CN"/>
        </w:rPr>
        <w:t>“</w:t>
      </w:r>
      <w:r>
        <w:rPr>
          <w:lang w:eastAsia="zh-CN"/>
        </w:rPr>
        <w:t>首届鹤鸣论坛</w:t>
      </w:r>
      <w:r>
        <w:rPr>
          <w:lang w:eastAsia="zh-CN"/>
        </w:rPr>
        <w:t>-</w:t>
      </w:r>
      <w:r>
        <w:rPr>
          <w:lang w:eastAsia="zh-CN"/>
        </w:rPr>
        <w:t>姓名</w:t>
      </w:r>
      <w:r>
        <w:rPr>
          <w:lang w:eastAsia="zh-CN"/>
        </w:rPr>
        <w:t>-</w:t>
      </w:r>
      <w:r>
        <w:rPr>
          <w:lang w:eastAsia="zh-CN"/>
        </w:rPr>
        <w:t>学号</w:t>
      </w:r>
      <w:r>
        <w:rPr>
          <w:lang w:eastAsia="zh-CN"/>
        </w:rPr>
        <w:t>-</w:t>
      </w:r>
      <w:r>
        <w:rPr>
          <w:lang w:eastAsia="zh-CN"/>
        </w:rPr>
        <w:t>论文题目</w:t>
      </w:r>
      <w:r>
        <w:rPr>
          <w:lang w:eastAsia="zh-CN"/>
        </w:rPr>
        <w:t>”</w:t>
      </w:r>
      <w:r>
        <w:rPr>
          <w:lang w:eastAsia="zh-CN"/>
        </w:rPr>
        <w:t>。</w:t>
      </w:r>
    </w:p>
    <w:p w14:paraId="6EC757CC" w14:textId="77777777" w:rsidR="00E71D23" w:rsidRDefault="00000000">
      <w:pPr>
        <w:rPr>
          <w:lang w:eastAsia="zh-CN"/>
        </w:rPr>
      </w:pPr>
      <w:r>
        <w:rPr>
          <w:lang w:eastAsia="zh-CN"/>
        </w:rPr>
        <w:t>3.“</w:t>
      </w:r>
      <w:r>
        <w:rPr>
          <w:lang w:eastAsia="zh-CN"/>
        </w:rPr>
        <w:t>刊物等级</w:t>
      </w:r>
      <w:r>
        <w:rPr>
          <w:lang w:eastAsia="zh-CN"/>
        </w:rPr>
        <w:t>”</w:t>
      </w:r>
      <w:r>
        <w:rPr>
          <w:lang w:eastAsia="zh-CN"/>
        </w:rPr>
        <w:t>按南京大学</w:t>
      </w:r>
      <w:r>
        <w:rPr>
          <w:lang w:eastAsia="zh-CN"/>
        </w:rPr>
        <w:t>CSSCI</w:t>
      </w:r>
      <w:r>
        <w:rPr>
          <w:lang w:eastAsia="zh-CN"/>
        </w:rPr>
        <w:t>来源期刊、北京大学《中文核心期刊要目总览》等口径填写。</w:t>
      </w:r>
    </w:p>
    <w:p w14:paraId="70801C60" w14:textId="77777777" w:rsidR="00E71D23" w:rsidRDefault="00000000">
      <w:pPr>
        <w:rPr>
          <w:lang w:eastAsia="zh-CN"/>
        </w:rPr>
      </w:pPr>
      <w:r>
        <w:rPr>
          <w:lang w:eastAsia="zh-CN"/>
        </w:rPr>
        <w:t>4.</w:t>
      </w:r>
      <w:r>
        <w:rPr>
          <w:lang w:eastAsia="zh-CN"/>
        </w:rPr>
        <w:t>申请人对所填内容的真实性与准确性负责；如提供虚假材料，按学校有关规定处理。</w:t>
      </w:r>
    </w:p>
    <w:sectPr w:rsidR="00E71D23" w:rsidSect="00034616">
      <w:pgSz w:w="11906" w:h="16838"/>
      <w:pgMar w:top="1417" w:right="1474" w:bottom="141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5715733">
    <w:abstractNumId w:val="8"/>
  </w:num>
  <w:num w:numId="2" w16cid:durableId="566232704">
    <w:abstractNumId w:val="6"/>
  </w:num>
  <w:num w:numId="3" w16cid:durableId="1405494793">
    <w:abstractNumId w:val="5"/>
  </w:num>
  <w:num w:numId="4" w16cid:durableId="884678513">
    <w:abstractNumId w:val="4"/>
  </w:num>
  <w:num w:numId="5" w16cid:durableId="2015184239">
    <w:abstractNumId w:val="7"/>
  </w:num>
  <w:num w:numId="6" w16cid:durableId="390545669">
    <w:abstractNumId w:val="3"/>
  </w:num>
  <w:num w:numId="7" w16cid:durableId="566650987">
    <w:abstractNumId w:val="2"/>
  </w:num>
  <w:num w:numId="8" w16cid:durableId="711077003">
    <w:abstractNumId w:val="1"/>
  </w:num>
  <w:num w:numId="9" w16cid:durableId="150341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4C1F"/>
    <w:rsid w:val="0015074B"/>
    <w:rsid w:val="0029639D"/>
    <w:rsid w:val="00326F90"/>
    <w:rsid w:val="003C2198"/>
    <w:rsid w:val="00642FCA"/>
    <w:rsid w:val="00933B1D"/>
    <w:rsid w:val="00AA1D8D"/>
    <w:rsid w:val="00B47730"/>
    <w:rsid w:val="00CB0664"/>
    <w:rsid w:val="00E71D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615465"/>
  <w14:defaultImageDpi w14:val="300"/>
  <w15:docId w15:val="{89A411B7-A5C4-4CE3-8B90-9372D73B5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宋体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511</Words>
  <Characters>537</Characters>
  <Application>Microsoft Office Word</Application>
  <DocSecurity>0</DocSecurity>
  <Lines>107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Joe Chen</cp:lastModifiedBy>
  <cp:revision>4</cp:revision>
  <dcterms:created xsi:type="dcterms:W3CDTF">2013-12-23T23:15:00Z</dcterms:created>
  <dcterms:modified xsi:type="dcterms:W3CDTF">2026-10-16T10:19:00Z</dcterms:modified>
  <cp:category/>
</cp:coreProperties>
</file>