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5608F" w14:textId="77777777" w:rsidR="007857A5" w:rsidRDefault="00000000">
      <w:r>
        <w:rPr>
          <w:rFonts w:eastAsia="黑体"/>
          <w:sz w:val="24"/>
        </w:rPr>
        <w:t>附件</w:t>
      </w:r>
      <w:r>
        <w:rPr>
          <w:rFonts w:eastAsia="黑体"/>
          <w:sz w:val="24"/>
        </w:rPr>
        <w:t>4</w:t>
      </w:r>
    </w:p>
    <w:p w14:paraId="5F45F6DC" w14:textId="77777777" w:rsidR="007857A5" w:rsidRDefault="00000000">
      <w:pPr>
        <w:spacing w:before="120" w:after="200"/>
        <w:jc w:val="center"/>
      </w:pPr>
      <w:r>
        <w:rPr>
          <w:rFonts w:eastAsia="黑体"/>
          <w:sz w:val="32"/>
        </w:rPr>
        <w:t>首届</w:t>
      </w:r>
      <w:r>
        <w:rPr>
          <w:rFonts w:eastAsia="黑体"/>
          <w:sz w:val="32"/>
        </w:rPr>
        <w:t>“</w:t>
      </w:r>
      <w:r>
        <w:rPr>
          <w:rFonts w:eastAsia="黑体"/>
          <w:sz w:val="32"/>
        </w:rPr>
        <w:t>鹤鸣</w:t>
      </w:r>
      <w:r>
        <w:rPr>
          <w:rFonts w:eastAsia="黑体"/>
          <w:sz w:val="32"/>
        </w:rPr>
        <w:t>”</w:t>
      </w:r>
      <w:r>
        <w:rPr>
          <w:rFonts w:eastAsia="黑体"/>
          <w:sz w:val="32"/>
        </w:rPr>
        <w:t>研究生学术创新论坛论文学术诚信承诺书</w:t>
      </w:r>
    </w:p>
    <w:p w14:paraId="1A1C4D83" w14:textId="77777777" w:rsidR="007857A5" w:rsidRDefault="00000000">
      <w:pPr>
        <w:spacing w:line="560" w:lineRule="exact"/>
        <w:ind w:firstLine="420"/>
      </w:pPr>
      <w:r>
        <w:rPr>
          <w:rFonts w:eastAsia="仿宋_GB2312"/>
          <w:sz w:val="24"/>
        </w:rPr>
        <w:t>本人郑重承诺：</w:t>
      </w:r>
    </w:p>
    <w:p w14:paraId="4AD64A2B" w14:textId="77777777" w:rsidR="007857A5" w:rsidRDefault="00000000">
      <w:pPr>
        <w:spacing w:line="560" w:lineRule="exact"/>
        <w:ind w:firstLine="420"/>
      </w:pPr>
      <w:r>
        <w:rPr>
          <w:rFonts w:eastAsia="仿宋_GB2312"/>
          <w:sz w:val="24"/>
        </w:rPr>
        <w:t>一、提交本届论坛的论文《　　　　　　　　　　　　　　　　　　　　　　》系本人独立完成，或本人为第一作者，不存在抄袭、剽窃、伪造、篡改数据等学术不端行为。</w:t>
      </w:r>
    </w:p>
    <w:p w14:paraId="19E83A93" w14:textId="77777777" w:rsidR="007857A5" w:rsidRDefault="00000000">
      <w:pPr>
        <w:spacing w:line="560" w:lineRule="exact"/>
        <w:ind w:firstLine="420"/>
      </w:pPr>
      <w:r>
        <w:rPr>
          <w:rFonts w:eastAsia="仿宋_GB2312"/>
          <w:sz w:val="24"/>
        </w:rPr>
        <w:t>二、论文不存在代写、买卖论文等行为；未使用生成式人工智能代写论文的核心观点、论证过程与结论。如使用人工智能工具辅助文献检索、语言润色，已在文中作出说明。</w:t>
      </w:r>
    </w:p>
    <w:p w14:paraId="7D1BE2E7" w14:textId="77777777" w:rsidR="007857A5" w:rsidRDefault="00000000">
      <w:pPr>
        <w:spacing w:line="560" w:lineRule="exact"/>
        <w:ind w:firstLine="420"/>
      </w:pPr>
      <w:r>
        <w:rPr>
          <w:rFonts w:eastAsia="仿宋_GB2312"/>
          <w:sz w:val="24"/>
        </w:rPr>
        <w:t>三、论文已按要求完成中国知网（</w:t>
      </w:r>
      <w:r>
        <w:rPr>
          <w:rFonts w:eastAsia="仿宋_GB2312"/>
          <w:sz w:val="24"/>
        </w:rPr>
        <w:t>CNKI</w:t>
      </w:r>
      <w:r>
        <w:rPr>
          <w:rFonts w:eastAsia="仿宋_GB2312"/>
          <w:sz w:val="24"/>
        </w:rPr>
        <w:t>）查重检测与</w:t>
      </w:r>
      <w:r>
        <w:rPr>
          <w:rFonts w:eastAsia="仿宋_GB2312"/>
          <w:sz w:val="24"/>
        </w:rPr>
        <w:t>AIGC</w:t>
      </w:r>
      <w:r>
        <w:rPr>
          <w:rFonts w:eastAsia="仿宋_GB2312"/>
          <w:sz w:val="24"/>
        </w:rPr>
        <w:t>检测，文字复制比不高于</w:t>
      </w:r>
      <w:r>
        <w:rPr>
          <w:rFonts w:eastAsia="仿宋_GB2312"/>
          <w:sz w:val="24"/>
        </w:rPr>
        <w:t>15%</w:t>
      </w:r>
      <w:r>
        <w:rPr>
          <w:rFonts w:eastAsia="仿宋_GB2312"/>
          <w:sz w:val="24"/>
        </w:rPr>
        <w:t>，</w:t>
      </w:r>
      <w:r>
        <w:rPr>
          <w:rFonts w:eastAsia="仿宋_GB2312"/>
          <w:sz w:val="24"/>
        </w:rPr>
        <w:t>AIGC</w:t>
      </w:r>
      <w:r>
        <w:rPr>
          <w:rFonts w:eastAsia="仿宋_GB2312"/>
          <w:sz w:val="24"/>
        </w:rPr>
        <w:t>疑似度不高于</w:t>
      </w:r>
      <w:r>
        <w:rPr>
          <w:rFonts w:eastAsia="仿宋_GB2312"/>
          <w:sz w:val="24"/>
        </w:rPr>
        <w:t>20%</w:t>
      </w:r>
      <w:r>
        <w:rPr>
          <w:rFonts w:eastAsia="仿宋_GB2312"/>
          <w:sz w:val="24"/>
        </w:rPr>
        <w:t>，提交的检测报告真实、未经修改。</w:t>
      </w:r>
    </w:p>
    <w:p w14:paraId="31DCBF64" w14:textId="77777777" w:rsidR="007857A5" w:rsidRDefault="00000000">
      <w:pPr>
        <w:spacing w:line="560" w:lineRule="exact"/>
        <w:ind w:firstLine="420"/>
      </w:pPr>
      <w:r>
        <w:rPr>
          <w:rFonts w:eastAsia="仿宋_GB2312"/>
          <w:sz w:val="24"/>
        </w:rPr>
        <w:t>四、论文署名及作者排序真实、无争议；署名单位符合论坛通知要求，不存在重复申报、一稿多投或已获校级以上奖励后重复参评的情形。</w:t>
      </w:r>
    </w:p>
    <w:p w14:paraId="7CA72263" w14:textId="77777777" w:rsidR="007857A5" w:rsidRDefault="00000000">
      <w:pPr>
        <w:spacing w:line="560" w:lineRule="exact"/>
        <w:ind w:firstLine="420"/>
      </w:pPr>
      <w:r>
        <w:rPr>
          <w:rFonts w:eastAsia="仿宋_GB2312"/>
          <w:sz w:val="24"/>
        </w:rPr>
        <w:t>五、同意学院在评审、公示、宣传报道及优秀论文汇编等非商业用途范围内使用本论文。论文正式发表后，不影响本人另行行使著作权。</w:t>
      </w:r>
    </w:p>
    <w:p w14:paraId="32DF1F9C" w14:textId="77777777" w:rsidR="007857A5" w:rsidRDefault="00000000">
      <w:pPr>
        <w:spacing w:line="560" w:lineRule="exact"/>
        <w:ind w:firstLine="420"/>
      </w:pPr>
      <w:r>
        <w:rPr>
          <w:rFonts w:eastAsia="仿宋_GB2312"/>
          <w:sz w:val="24"/>
        </w:rPr>
        <w:t>六、如违反上述承诺，本人自愿接受取消参评资格、撤销所获荣誉、收回荣誉证书等处理，并按学校学术不端行为处理办法承担相应责任。</w:t>
      </w:r>
    </w:p>
    <w:p w14:paraId="34CC7006" w14:textId="77777777" w:rsidR="007857A5" w:rsidRDefault="007857A5"/>
    <w:p w14:paraId="21F2738B" w14:textId="77777777" w:rsidR="007857A5" w:rsidRDefault="007857A5"/>
    <w:p w14:paraId="6D475B68" w14:textId="77777777" w:rsidR="007857A5" w:rsidRDefault="007857A5"/>
    <w:p w14:paraId="658AA2A9" w14:textId="77777777" w:rsidR="007857A5" w:rsidRDefault="00000000" w:rsidP="00EA50C8">
      <w:pPr>
        <w:spacing w:line="560" w:lineRule="exact"/>
        <w:ind w:right="960"/>
        <w:jc w:val="right"/>
      </w:pPr>
      <w:r>
        <w:rPr>
          <w:rFonts w:eastAsia="仿宋_GB2312"/>
          <w:sz w:val="24"/>
        </w:rPr>
        <w:t xml:space="preserve">承诺人（签字）：　　　　　　　　　　　　</w:t>
      </w:r>
    </w:p>
    <w:p w14:paraId="128F0D3B" w14:textId="77777777" w:rsidR="007857A5" w:rsidRDefault="00000000" w:rsidP="00EA50C8">
      <w:pPr>
        <w:spacing w:line="560" w:lineRule="exact"/>
        <w:ind w:right="960"/>
        <w:jc w:val="right"/>
      </w:pPr>
      <w:r>
        <w:rPr>
          <w:rFonts w:eastAsia="仿宋_GB2312"/>
          <w:sz w:val="24"/>
        </w:rPr>
        <w:t xml:space="preserve">学　　号：　　　　　　　　　　　　　　</w:t>
      </w:r>
    </w:p>
    <w:p w14:paraId="14FB5020" w14:textId="77777777" w:rsidR="007857A5" w:rsidRDefault="00000000" w:rsidP="00EA50C8">
      <w:pPr>
        <w:spacing w:line="560" w:lineRule="exact"/>
        <w:ind w:right="960"/>
        <w:jc w:val="right"/>
      </w:pPr>
      <w:r>
        <w:rPr>
          <w:rFonts w:eastAsia="仿宋_GB2312"/>
          <w:sz w:val="24"/>
        </w:rPr>
        <w:t xml:space="preserve">指导教师（签字）：　　　　　　　　　　</w:t>
      </w:r>
    </w:p>
    <w:p w14:paraId="083D9E3D" w14:textId="77777777" w:rsidR="007857A5" w:rsidRDefault="00000000">
      <w:pPr>
        <w:spacing w:line="560" w:lineRule="exact"/>
        <w:jc w:val="right"/>
      </w:pPr>
      <w:r>
        <w:rPr>
          <w:rFonts w:eastAsia="仿宋_GB2312"/>
          <w:sz w:val="24"/>
        </w:rPr>
        <w:t xml:space="preserve">　　　　　　　　　　年　　月　　日</w:t>
      </w:r>
    </w:p>
    <w:sectPr w:rsidR="007857A5" w:rsidSect="00034616">
      <w:pgSz w:w="11906" w:h="16838"/>
      <w:pgMar w:top="1417" w:right="1474" w:bottom="141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99709657">
    <w:abstractNumId w:val="8"/>
  </w:num>
  <w:num w:numId="2" w16cid:durableId="1208182119">
    <w:abstractNumId w:val="6"/>
  </w:num>
  <w:num w:numId="3" w16cid:durableId="1918591548">
    <w:abstractNumId w:val="5"/>
  </w:num>
  <w:num w:numId="4" w16cid:durableId="37973456">
    <w:abstractNumId w:val="4"/>
  </w:num>
  <w:num w:numId="5" w16cid:durableId="2119712257">
    <w:abstractNumId w:val="7"/>
  </w:num>
  <w:num w:numId="6" w16cid:durableId="690835924">
    <w:abstractNumId w:val="3"/>
  </w:num>
  <w:num w:numId="7" w16cid:durableId="554857425">
    <w:abstractNumId w:val="2"/>
  </w:num>
  <w:num w:numId="8" w16cid:durableId="1653485745">
    <w:abstractNumId w:val="1"/>
  </w:num>
  <w:num w:numId="9" w16cid:durableId="168569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857A5"/>
    <w:rsid w:val="00AA1D8D"/>
    <w:rsid w:val="00B47730"/>
    <w:rsid w:val="00BD474B"/>
    <w:rsid w:val="00CB0664"/>
    <w:rsid w:val="00EA50C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3CE416"/>
  <w14:defaultImageDpi w14:val="300"/>
  <w15:docId w15:val="{DE75992D-8E62-44E0-B72D-2FEDA7901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/>
    </w:pPr>
    <w:rPr>
      <w:rFonts w:ascii="Times New Roman" w:eastAsia="宋体" w:hAnsi="Times New Roman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270</Characters>
  <Application>Microsoft Office Word</Application>
  <DocSecurity>0</DocSecurity>
  <Lines>15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Joe Chen</cp:lastModifiedBy>
  <cp:revision>2</cp:revision>
  <dcterms:created xsi:type="dcterms:W3CDTF">2013-12-23T23:15:00Z</dcterms:created>
  <dcterms:modified xsi:type="dcterms:W3CDTF">2026-10-14T03:12:00Z</dcterms:modified>
  <cp:category/>
</cp:coreProperties>
</file>